
<file path=[Content_Types].xml><?xml version="1.0" encoding="utf-8"?>
<Types xmlns="http://schemas.openxmlformats.org/package/2006/content-types">
  <Default Extension="pn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F03D4" w14:textId="674E09B1" w:rsidR="00677A72" w:rsidRDefault="00534D97">
      <w:r w:rsidRPr="000E1DA9">
        <w:rPr>
          <w:noProof/>
          <w:color w:val="244061" w:themeColor="accent1" w:themeShade="80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6C411063" wp14:editId="5DF3C1C1">
                <wp:simplePos x="0" y="0"/>
                <wp:positionH relativeFrom="column">
                  <wp:posOffset>-1143000</wp:posOffset>
                </wp:positionH>
                <wp:positionV relativeFrom="paragraph">
                  <wp:posOffset>-1203325</wp:posOffset>
                </wp:positionV>
                <wp:extent cx="533400" cy="10763251"/>
                <wp:effectExtent l="0" t="0" r="0" b="0"/>
                <wp:wrapNone/>
                <wp:docPr id="29544085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10763251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67000"/>
                              </a:schemeClr>
                            </a:gs>
                            <a:gs pos="48000">
                              <a:schemeClr val="accent1">
                                <a:lumMod val="97000"/>
                                <a:lumOff val="3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18871A" id="Rectangle 3" o:spid="_x0000_s1026" style="position:absolute;margin-left:-90pt;margin-top:-94.75pt;width:42pt;height:847.5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D3nzQIAAI8GAAAOAAAAZHJzL2Uyb0RvYy54bWysVVtP2zAUfp+0/2DlfSRpS4GKFFUgpkls&#10;Q8DEs+s4rSXH9mz3tl+/z3aTdmxCY9pLavuc71y+c+nl1baVZM2tE1pVWXlSZIQrpmuhFlX27en2&#10;w3lGnKeqplIrXmU77rKr6ft3lxsz4QO91LLmlsCIcpONqbKl92aS544teUvdiTZcQdho21KPq13k&#10;taUbWG9lPiiKcb7RtjZWM+4cXm+SMJtG+03Dmf/aNI57IqsMsfn4tfE7D998ekknC0vNUrB9GPQf&#10;omipUHDam7qhnpKVFb+ZagWz2unGnzDd5rppBOMxB2RTFi+yeVxSw2MuIMeZnib3/8yyL+tHc29B&#10;w8a4icMxZLFtbBt+ER/ZRrJ2PVl86wnD4+lwOCpAKYOoLM7Gw8FpGejMD3Bjnf/IdUvCocosqhFJ&#10;ous755Nqp7Lnrr4VUpJGCrSCQsNkxGr/LPwyUgFHiWQHfEQ4YjTYKOJzbBp+LS1ZU5SbMsaVTwi5&#10;aj/rOr2PzwrEndz3kBj3wh0bHZ0HvfDSa71u+KIzTCfwh75L6sO/c1dC7W3+xhGARH71h6q8kh/K&#10;s+jok0IRGga1HGOWAoo4RiWvA9HRrheSP6BsiS3MSSxQ9KjCV+lQsCSVeMkPXRRPfid50n7gDRF1&#10;bKbw4JhdzEOp0iwiBjjvJhIxSgVAUGxg/43YPSSgeVwBb8T3oOhfK9/jW6G0/VNLSPRZYqFJ+h0V&#10;iYDAxVzXu3vkq9MOcobdCozFHXX+nlosHRCARQrpUtsfGdlgKVWZ+76iFmMgPyn0+UU5GkHNx8vo&#10;9GyAiz2WzI8latVeawxCibIaFo9B38vu2FjdPmN/zoJXiKhi8F1lzNvucu1TgbCBGZ/Noho2l6H+&#10;Tj0a1k1kGOOn7TO1Zj/rHmvii+4WGJ28GPmkG/hVerbyuhGxxQ487fnD1kuTmTZ0WKvH96h1+B+Z&#10;/gQAAP//AwBQSwMEFAAGAAgAAAAhAEZ858vlAAAADgEAAA8AAABkcnMvZG93bnJldi54bWxMj81O&#10;wzAQhO9IvIO1SFxQagfJVRviVC1SxaES0B+BuLmxSSLidRS7Tfr2LFzgtrszmv0mX4yuZWfbh8aj&#10;gnQigFksvWmwUnDYr5MZsBA1Gt16tAouNsCiuL7KdWb8gFt73sWKUQiGTCuoY+wyzkNZW6fDxHcW&#10;Sfv0vdOR1r7iptcDhbuW3wsx5U43SB9q3dnH2pZfu5NT8PwiN7p5H16fNull9THcbdfLt5VStzfj&#10;8gFYtGP8M8MPPqFDQUxHf0ITWKsgSWeCysTfaS6BkSeZT+l0JLMUUgIvcv6/RvENAAD//wMAUEsB&#10;Ai0AFAAGAAgAAAAhALaDOJL+AAAA4QEAABMAAAAAAAAAAAAAAAAAAAAAAFtDb250ZW50X1R5cGVz&#10;XS54bWxQSwECLQAUAAYACAAAACEAOP0h/9YAAACUAQAACwAAAAAAAAAAAAAAAAAvAQAAX3JlbHMv&#10;LnJlbHNQSwECLQAUAAYACAAAACEA/XA9580CAACPBgAADgAAAAAAAAAAAAAAAAAuAgAAZHJzL2Uy&#10;b0RvYy54bWxQSwECLQAUAAYACAAAACEARnzny+UAAAAOAQAADwAAAAAAAAAAAAAAAAAnBQAAZHJz&#10;L2Rvd25yZXYueG1sUEsFBgAAAAAEAAQA8wAAADkGAAAAAA==&#10;" fillcolor="#305581 [2148]" stroked="f">
                <v:fill color2="#95b3d7 [1940]" rotate="t" angle="180" colors="0 #315683;31457f #5485bf;1 #95b3d7" focus="100%" type="gradient"/>
              </v:rect>
            </w:pict>
          </mc:Fallback>
        </mc:AlternateContent>
      </w:r>
    </w:p>
    <w:p w14:paraId="3F52AAFE" w14:textId="673E91E9" w:rsidR="00677A72" w:rsidRDefault="00534D97">
      <w:pPr>
        <w:jc w:val="center"/>
      </w:pPr>
      <w:r>
        <w:rPr>
          <w:b/>
          <w:sz w:val="48"/>
        </w:rPr>
        <w:t>Annual Retention Interview Form</w:t>
      </w:r>
    </w:p>
    <w:p w14:paraId="617696FB" w14:textId="0B3C752B" w:rsidR="00677A72" w:rsidRPr="00534D97" w:rsidRDefault="00534D97">
      <w:pPr>
        <w:rPr>
          <w:b/>
          <w:bCs/>
        </w:rPr>
      </w:pPr>
      <w:r>
        <w:br/>
      </w:r>
      <w:r w:rsidRPr="00534D97">
        <w:rPr>
          <w:b/>
          <w:bCs/>
        </w:rPr>
        <w:t>Instructions for Interviewers:</w:t>
      </w:r>
    </w:p>
    <w:p w14:paraId="1D8B0AAE" w14:textId="19A74435" w:rsidR="00677A72" w:rsidRDefault="00534D97">
      <w:r>
        <w:t>- Purpose: This interview is designed to support employee engagement, development, and retention.</w:t>
      </w:r>
    </w:p>
    <w:p w14:paraId="7A257379" w14:textId="537A64E1" w:rsidR="00677A72" w:rsidRDefault="00534D97">
      <w:r>
        <w:t>- How to Use: Ask each question and record responses in the fillable boxes provided.</w:t>
      </w:r>
    </w:p>
    <w:p w14:paraId="09CBE6FD" w14:textId="5D39E958" w:rsidR="00677A72" w:rsidRDefault="00534D97">
      <w:r>
        <w:t>- Tips: Create a comfortable environment, listen actively, and encourage honest feedback.</w:t>
      </w:r>
    </w:p>
    <w:p w14:paraId="6E693F77" w14:textId="3C2333B3" w:rsidR="00677A72" w:rsidRDefault="00534D97">
      <w:r>
        <w:t>- Reminder: Take detailed notes in the boxes to capture insights and follow-up actions.</w:t>
      </w:r>
    </w:p>
    <w:p w14:paraId="56B4A3FA" w14:textId="4A382771" w:rsidR="00677A72" w:rsidRDefault="00534D97">
      <w:r>
        <w:br w:type="page"/>
      </w:r>
    </w:p>
    <w:p w14:paraId="29202DDA" w14:textId="77CFB08F" w:rsidR="00534D97" w:rsidRDefault="00534D97">
      <w:pPr>
        <w:rPr>
          <w:b/>
          <w:sz w:val="24"/>
        </w:rPr>
      </w:pPr>
      <w:r w:rsidRPr="000E1DA9">
        <w:rPr>
          <w:noProof/>
          <w:color w:val="244061" w:themeColor="accent1" w:themeShade="80"/>
        </w:rPr>
        <w:lastRenderedPageBreak/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6259CDB6" wp14:editId="742CEF8F">
                <wp:simplePos x="0" y="0"/>
                <wp:positionH relativeFrom="column">
                  <wp:posOffset>-1137920</wp:posOffset>
                </wp:positionH>
                <wp:positionV relativeFrom="paragraph">
                  <wp:posOffset>-1181735</wp:posOffset>
                </wp:positionV>
                <wp:extent cx="533400" cy="10763251"/>
                <wp:effectExtent l="0" t="0" r="0" b="0"/>
                <wp:wrapNone/>
                <wp:docPr id="100420301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10763251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67000"/>
                              </a:schemeClr>
                            </a:gs>
                            <a:gs pos="48000">
                              <a:schemeClr val="accent1">
                                <a:lumMod val="97000"/>
                                <a:lumOff val="3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849862" id="Rectangle 3" o:spid="_x0000_s1026" style="position:absolute;margin-left:-89.6pt;margin-top:-93.05pt;width:42pt;height:847.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D3nzQIAAI8GAAAOAAAAZHJzL2Uyb0RvYy54bWysVVtP2zAUfp+0/2DlfSRpS4GKFFUgpkls&#10;Q8DEs+s4rSXH9mz3tl+/z3aTdmxCY9pLavuc71y+c+nl1baVZM2tE1pVWXlSZIQrpmuhFlX27en2&#10;w3lGnKeqplIrXmU77rKr6ft3lxsz4QO91LLmlsCIcpONqbKl92aS544teUvdiTZcQdho21KPq13k&#10;taUbWG9lPiiKcb7RtjZWM+4cXm+SMJtG+03Dmf/aNI57IqsMsfn4tfE7D998ekknC0vNUrB9GPQf&#10;omipUHDam7qhnpKVFb+ZagWz2unGnzDd5rppBOMxB2RTFi+yeVxSw2MuIMeZnib3/8yyL+tHc29B&#10;w8a4icMxZLFtbBt+ER/ZRrJ2PVl86wnD4+lwOCpAKYOoLM7Gw8FpGejMD3Bjnf/IdUvCocosqhFJ&#10;ous755Nqp7Lnrr4VUpJGCrSCQsNkxGr/LPwyUgFHiWQHfEQ4YjTYKOJzbBp+LS1ZU5SbMsaVTwi5&#10;aj/rOr2PzwrEndz3kBj3wh0bHZ0HvfDSa71u+KIzTCfwh75L6sO/c1dC7W3+xhGARH71h6q8kh/K&#10;s+jok0IRGga1HGOWAoo4RiWvA9HRrheSP6BsiS3MSSxQ9KjCV+lQsCSVeMkPXRRPfid50n7gDRF1&#10;bKbw4JhdzEOp0iwiBjjvJhIxSgVAUGxg/43YPSSgeVwBb8T3oOhfK9/jW6G0/VNLSPRZYqFJ+h0V&#10;iYDAxVzXu3vkq9MOcobdCozFHXX+nlosHRCARQrpUtsfGdlgKVWZ+76iFmMgPyn0+UU5GkHNx8vo&#10;9GyAiz2WzI8latVeawxCibIaFo9B38vu2FjdPmN/zoJXiKhi8F1lzNvucu1TgbCBGZ/Noho2l6H+&#10;Tj0a1k1kGOOn7TO1Zj/rHmvii+4WGJ28GPmkG/hVerbyuhGxxQ487fnD1kuTmTZ0WKvH96h1+B+Z&#10;/gQAAP//AwBQSwMEFAAGAAgAAAAhAOxjc+rlAAAADgEAAA8AAABkcnMvZG93bnJldi54bWxMj01L&#10;w0AQhu+C/2EZwYukmxRSk5hNaYXioaC2iuJtmqxJMDsbstsm/fdOT3qbj4d3nsmXk+nESQ+utaQg&#10;moUgNJW2aqlW8P62CRIQziNV2FnSCs7awbK4vsoxq+xIO33a+1pwCLkMFTTe95mUrmy0QTezvSbe&#10;fdvBoOd2qGU14MjhppPzMFxIgy3xhQZ7/djo8md/NAqeX+Ittp/j69M2Oq+/xrvdZvWxVur2Zlo9&#10;gPB68n8wXPRZHQp2OtgjVU50CoLoPp0ze6mSRQSCmSCNeXRgOA6TFGSRy/9vFL8AAAD//wMAUEsB&#10;Ai0AFAAGAAgAAAAhALaDOJL+AAAA4QEAABMAAAAAAAAAAAAAAAAAAAAAAFtDb250ZW50X1R5cGVz&#10;XS54bWxQSwECLQAUAAYACAAAACEAOP0h/9YAAACUAQAACwAAAAAAAAAAAAAAAAAvAQAAX3JlbHMv&#10;LnJlbHNQSwECLQAUAAYACAAAACEA/XA9580CAACPBgAADgAAAAAAAAAAAAAAAAAuAgAAZHJzL2Uy&#10;b0RvYy54bWxQSwECLQAUAAYACAAAACEA7GNz6uUAAAAOAQAADwAAAAAAAAAAAAAAAAAnBQAAZHJz&#10;L2Rvd25yZXYueG1sUEsFBgAAAAAEAAQA8wAAADkGAAAAAA==&#10;" fillcolor="#305581 [2148]" stroked="f">
                <v:fill color2="#95b3d7 [1940]" rotate="t" angle="180" colors="0 #315683;31457f #5485bf;1 #95b3d7" focus="100%" type="gradient"/>
              </v:rect>
            </w:pict>
          </mc:Fallback>
        </mc:AlternateContent>
      </w:r>
    </w:p>
    <w:p w14:paraId="3A03B505" w14:textId="77777777" w:rsidR="00534D97" w:rsidRDefault="00534D97" w:rsidP="00534D97">
      <w:r w:rsidRPr="000E1DA9">
        <w:rPr>
          <w:noProof/>
          <w:color w:val="244061" w:themeColor="accent1" w:themeShade="8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7C9D70A" wp14:editId="254B7E24">
                <wp:simplePos x="0" y="0"/>
                <wp:positionH relativeFrom="column">
                  <wp:posOffset>-1142683</wp:posOffset>
                </wp:positionH>
                <wp:positionV relativeFrom="paragraph">
                  <wp:posOffset>-1186815</wp:posOffset>
                </wp:positionV>
                <wp:extent cx="533400" cy="11087100"/>
                <wp:effectExtent l="0" t="0" r="0" b="0"/>
                <wp:wrapNone/>
                <wp:docPr id="96648175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110871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67000"/>
                              </a:schemeClr>
                            </a:gs>
                            <a:gs pos="48000">
                              <a:schemeClr val="accent1">
                                <a:lumMod val="97000"/>
                                <a:lumOff val="3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AC04AF" id="Rectangle 3" o:spid="_x0000_s1026" style="position:absolute;margin-left:-90pt;margin-top:-93.45pt;width:42pt;height:873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eoIyQIAAI8GAAAOAAAAZHJzL2Uyb0RvYy54bWysVVtP2zAUfp+0/2DlfSSBUiAiRRWIaRJj&#10;CJh4dh2nteTYnu3e9uv32W7Sik1oTHtJbZ/znct3Lr282nSSrLh1Qqs6K4+KjHDFdCPUvM6+P99+&#10;Os+I81Q1VGrF62zLXXY1+fjhcm0qfqwXWjbcEhhRrlqbOlt4b6o8d2zBO+qOtOEKwlbbjnpc7Txv&#10;LF3Deifz46IY52ttG2M1487h9SYJs0m037ac+W9t67gnss4Qm49fG7+z8M0nl7SaW2oWgu3CoP8Q&#10;RUeFgtPB1A31lCyt+M1UJ5jVTrf+iOku120rGI85IJuyeJXN04IaHnMBOc4MNLn/Z5bdr57MgwUN&#10;a+Mqh2PIYtPaLvwiPrKJZG0HsvjGE4bH05OTUQFKGURlWZyflbjBTr6HG+v8Z647Eg51ZlGNSBJd&#10;3TmfVHuVHXfNrZCStFKgFRQaJiNW+xfhF5EKOEokO+AjwhGjwUYRn2PT8GtpyYqi3JQxrnxCyGX3&#10;VTfpfXxWDJEOkBj33B0aHZ0HvfAyaL1t+KI3TCv4Q98l9ZO/cwf63ulvHAGxgw/9oSpv5IfyzHv6&#10;pFCEhkEtx5ilgCKOUcmbQHS064XkjyhbKhbmJBYocCJV+CodCpak4SXfd1E8+a3kSfuRt0Q0sZkS&#10;pXY+C6VKs4gY4LyfSMQoFQBBsYX9d2J3kIDmcQW8Ez+Aon+t/IDvhNL2Ty0h0WeJhTbp91QkAgIX&#10;M91sH5CvTjvIGXYrMBZ31PkHarF0QAAWKaQLbX9mZI2lVGfux5JajIH8otDnF+VoBDUfL6PTs2Nc&#10;7KFkdihRy+5aYxBKlNWweAz6XvbH1uruBftzGrxCRBWD7zpj3vaXa58KhA3M+HQa1bC5DPV36smw&#10;fiLDGD9vXqg1u1n3WBP3ul9gtHo18kk38Kv0dOl1K2KL7Xna8YetlyYzbeiwVg/vUWv/PzL5BQAA&#10;//8DAFBLAwQUAAYACAAAACEAIq9eu+UAAAAOAQAADwAAAGRycy9kb3ducmV2LnhtbEyPQUvDQBCF&#10;74L/YRnBi6SbFBKamE1pC8VDQW0Vxds0WZNgdjZkt0367x296G1m3uPN9/LlZDpx1oNrLSmIZiEI&#10;TaWtWqoVvL5sgwUI55Eq7CxpBRftYFlcX+WYVXakvT4ffC04hFyGChrv+0xKVzbaoJvZXhNrn3Yw&#10;6HkdalkNOHK46eQ8DBNpsCX+0GCvN40uvw4no+DxKd5h+z4+P+yiy/pjvNtvV29rpW5vptU9CK8n&#10;/2eGH3xGh4KZjvZElROdgiBahFzG/05JCoI9QZrw6cjmOE4jkEUu/9covgEAAP//AwBQSwECLQAU&#10;AAYACAAAACEAtoM4kv4AAADhAQAAEwAAAAAAAAAAAAAAAAAAAAAAW0NvbnRlbnRfVHlwZXNdLnht&#10;bFBLAQItABQABgAIAAAAIQA4/SH/1gAAAJQBAAALAAAAAAAAAAAAAAAAAC8BAABfcmVscy8ucmVs&#10;c1BLAQItABQABgAIAAAAIQC0ceoIyQIAAI8GAAAOAAAAAAAAAAAAAAAAAC4CAABkcnMvZTJvRG9j&#10;LnhtbFBLAQItABQABgAIAAAAIQAir1675QAAAA4BAAAPAAAAAAAAAAAAAAAAACMFAABkcnMvZG93&#10;bnJldi54bWxQSwUGAAAAAAQABADzAAAANQYAAAAA&#10;" fillcolor="#305581 [2148]" stroked="f">
                <v:fill color2="#95b3d7 [1940]" rotate="t" angle="180" colors="0 #315683;31457f #5485bf;1 #95b3d7" focus="100%" type="gradient"/>
              </v:rect>
            </w:pict>
          </mc:Fallback>
        </mc:AlternateContent>
      </w:r>
      <w:r>
        <w:t xml:space="preserve">Supervisor: </w:t>
      </w:r>
      <w:r>
        <w:tab/>
      </w:r>
      <w:r>
        <w:tab/>
      </w:r>
      <w:r>
        <w:tab/>
      </w:r>
      <w:r>
        <w:tab/>
      </w:r>
      <w:r>
        <w:tab/>
        <w:t>Department:</w:t>
      </w:r>
    </w:p>
    <w:p w14:paraId="5822CFD9" w14:textId="038E37D6" w:rsidR="00534D97" w:rsidRDefault="00534D97">
      <w:pPr>
        <w:rPr>
          <w:b/>
          <w:sz w:val="24"/>
        </w:rPr>
      </w:pPr>
      <w:r>
        <w:t>Employee:</w:t>
      </w:r>
      <w:r>
        <w:tab/>
      </w:r>
      <w:r>
        <w:tab/>
      </w:r>
      <w:r>
        <w:tab/>
      </w:r>
      <w:r>
        <w:tab/>
      </w:r>
      <w:r>
        <w:tab/>
        <w:t>Date:</w:t>
      </w:r>
    </w:p>
    <w:p w14:paraId="118BB951" w14:textId="77777777" w:rsidR="00534D97" w:rsidRDefault="00534D97">
      <w:pPr>
        <w:rPr>
          <w:b/>
          <w:sz w:val="24"/>
        </w:rPr>
      </w:pPr>
    </w:p>
    <w:p w14:paraId="6B038F73" w14:textId="044A9DD9" w:rsidR="00677A72" w:rsidRDefault="00534D97">
      <w:r>
        <w:rPr>
          <w:b/>
          <w:sz w:val="24"/>
        </w:rPr>
        <w:t xml:space="preserve">Looking back </w:t>
      </w:r>
      <w:proofErr w:type="gramStart"/>
      <w:r>
        <w:rPr>
          <w:b/>
          <w:sz w:val="24"/>
        </w:rPr>
        <w:t>over</w:t>
      </w:r>
      <w:proofErr w:type="gramEnd"/>
      <w:r>
        <w:rPr>
          <w:b/>
          <w:sz w:val="24"/>
        </w:rPr>
        <w:t xml:space="preserve"> the past year, what achievements are you most proud of?</w:t>
      </w:r>
    </w:p>
    <w:p w14:paraId="02A3229F" w14:textId="77777777" w:rsidR="00677A72" w:rsidRDefault="00534D97">
      <w:r>
        <w:br/>
        <w:t>____________________________________________________________________________________________________</w:t>
      </w:r>
      <w:r>
        <w:br/>
      </w:r>
      <w:r>
        <w:br/>
      </w:r>
    </w:p>
    <w:p w14:paraId="4773DA58" w14:textId="4A605442" w:rsidR="00677A72" w:rsidRDefault="00534D97">
      <w:r>
        <w:rPr>
          <w:b/>
          <w:sz w:val="24"/>
        </w:rPr>
        <w:t>How has your role evolved since you started, and what new responsibilities have you taken on?</w:t>
      </w:r>
    </w:p>
    <w:p w14:paraId="428C3EBC" w14:textId="39E741AF" w:rsidR="00677A72" w:rsidRDefault="00534D97">
      <w:r>
        <w:br/>
        <w:t>____________________________________________________________________________________________________</w:t>
      </w:r>
      <w:r>
        <w:br/>
      </w:r>
      <w:r>
        <w:br/>
      </w:r>
    </w:p>
    <w:p w14:paraId="194F77D5" w14:textId="77777777" w:rsidR="00677A72" w:rsidRDefault="00534D97">
      <w:r>
        <w:rPr>
          <w:b/>
          <w:sz w:val="24"/>
        </w:rPr>
        <w:t>What skills or knowledge have you developed in the last year? Are there areas you’d like to grow further?</w:t>
      </w:r>
    </w:p>
    <w:p w14:paraId="18B4EF70" w14:textId="77777777" w:rsidR="00677A72" w:rsidRDefault="00534D97">
      <w:r>
        <w:br/>
        <w:t>____________________________________________________________________________________________________</w:t>
      </w:r>
      <w:r>
        <w:br/>
      </w:r>
      <w:r>
        <w:br/>
      </w:r>
    </w:p>
    <w:p w14:paraId="705252FB" w14:textId="77777777" w:rsidR="00677A72" w:rsidRDefault="00534D97">
      <w:r>
        <w:rPr>
          <w:b/>
          <w:sz w:val="24"/>
        </w:rPr>
        <w:t>What has helped you feel most engaged and motivated at work?</w:t>
      </w:r>
    </w:p>
    <w:p w14:paraId="21466956" w14:textId="77777777" w:rsidR="00677A72" w:rsidRDefault="00534D97">
      <w:r>
        <w:br/>
        <w:t>____________________________________________________________________________________________________</w:t>
      </w:r>
      <w:r>
        <w:br/>
      </w:r>
      <w:r>
        <w:br/>
      </w:r>
    </w:p>
    <w:p w14:paraId="2543CF5A" w14:textId="77777777" w:rsidR="00677A72" w:rsidRDefault="00534D97">
      <w:r>
        <w:rPr>
          <w:b/>
          <w:sz w:val="24"/>
        </w:rPr>
        <w:t>Have you faced any significant challenges or obstacles? How did you overcome them?</w:t>
      </w:r>
    </w:p>
    <w:p w14:paraId="357671A2" w14:textId="77777777" w:rsidR="00677A72" w:rsidRDefault="00534D97">
      <w:r>
        <w:br/>
        <w:t>____________________________________________________________________________________________________</w:t>
      </w:r>
      <w:r>
        <w:br/>
      </w:r>
      <w:r>
        <w:br/>
      </w:r>
    </w:p>
    <w:p w14:paraId="1BF227B3" w14:textId="19E0CA87" w:rsidR="00677A72" w:rsidRDefault="00534D97">
      <w:r w:rsidRPr="000E1DA9">
        <w:rPr>
          <w:noProof/>
          <w:color w:val="244061" w:themeColor="accent1" w:themeShade="80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E067E51" wp14:editId="298CCAC4">
                <wp:simplePos x="0" y="0"/>
                <wp:positionH relativeFrom="column">
                  <wp:posOffset>-1143000</wp:posOffset>
                </wp:positionH>
                <wp:positionV relativeFrom="paragraph">
                  <wp:posOffset>-1200468</wp:posOffset>
                </wp:positionV>
                <wp:extent cx="533400" cy="10763251"/>
                <wp:effectExtent l="0" t="0" r="0" b="0"/>
                <wp:wrapNone/>
                <wp:docPr id="120351620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10763251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67000"/>
                              </a:schemeClr>
                            </a:gs>
                            <a:gs pos="48000">
                              <a:schemeClr val="accent1">
                                <a:lumMod val="97000"/>
                                <a:lumOff val="3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8350E4" id="Rectangle 3" o:spid="_x0000_s1026" style="position:absolute;margin-left:-90pt;margin-top:-94.55pt;width:42pt;height:847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D3nzQIAAI8GAAAOAAAAZHJzL2Uyb0RvYy54bWysVVtP2zAUfp+0/2DlfSRpS4GKFFUgpkls&#10;Q8DEs+s4rSXH9mz3tl+/z3aTdmxCY9pLavuc71y+c+nl1baVZM2tE1pVWXlSZIQrpmuhFlX27en2&#10;w3lGnKeqplIrXmU77rKr6ft3lxsz4QO91LLmlsCIcpONqbKl92aS544teUvdiTZcQdho21KPq13k&#10;taUbWG9lPiiKcb7RtjZWM+4cXm+SMJtG+03Dmf/aNI57IqsMsfn4tfE7D998ekknC0vNUrB9GPQf&#10;omipUHDam7qhnpKVFb+ZagWz2unGnzDd5rppBOMxB2RTFi+yeVxSw2MuIMeZnib3/8yyL+tHc29B&#10;w8a4icMxZLFtbBt+ER/ZRrJ2PVl86wnD4+lwOCpAKYOoLM7Gw8FpGejMD3Bjnf/IdUvCocosqhFJ&#10;ous755Nqp7Lnrr4VUpJGCrSCQsNkxGr/LPwyUgFHiWQHfEQ4YjTYKOJzbBp+LS1ZU5SbMsaVTwi5&#10;aj/rOr2PzwrEndz3kBj3wh0bHZ0HvfDSa71u+KIzTCfwh75L6sO/c1dC7W3+xhGARH71h6q8kh/K&#10;s+jok0IRGga1HGOWAoo4RiWvA9HRrheSP6BsiS3MSSxQ9KjCV+lQsCSVeMkPXRRPfid50n7gDRF1&#10;bKbw4JhdzEOp0iwiBjjvJhIxSgVAUGxg/43YPSSgeVwBb8T3oOhfK9/jW6G0/VNLSPRZYqFJ+h0V&#10;iYDAxVzXu3vkq9MOcobdCozFHXX+nlosHRCARQrpUtsfGdlgKVWZ+76iFmMgPyn0+UU5GkHNx8vo&#10;9GyAiz2WzI8latVeawxCibIaFo9B38vu2FjdPmN/zoJXiKhi8F1lzNvucu1TgbCBGZ/Noho2l6H+&#10;Tj0a1k1kGOOn7TO1Zj/rHmvii+4WGJ28GPmkG/hVerbyuhGxxQ487fnD1kuTmTZ0WKvH96h1+B+Z&#10;/gQAAP//AwBQSwMEFAAGAAgAAAAhAGqRnnDlAAAADgEAAA8AAABkcnMvZG93bnJldi54bWxMj0FL&#10;w0AQhe+C/2EZwYukuxFSmphNaYXioaC2iuJtmoxJMLsbstsm/feOXvQ2M+/x5nv5cjKdONHgW2c1&#10;xDMFgmzpqtbWGl5fNtEChA9oK+ycJQ1n8rAsLi9yzCo32h2d9qEWHGJ9hhqaEPpMSl82ZNDPXE+W&#10;tU83GAy8DrWsBhw53HTyVqm5NNha/tBgT/cNlV/7o9Hw+JRssX0fnx+28Xn9Md7sNqu3tdbXV9Pq&#10;DkSgKfyZ4Qef0aFgpoM72sqLTkMULxSXCb9TGoNgT5TO+XRgc6KSFGSRy/81im8AAAD//wMAUEsB&#10;Ai0AFAAGAAgAAAAhALaDOJL+AAAA4QEAABMAAAAAAAAAAAAAAAAAAAAAAFtDb250ZW50X1R5cGVz&#10;XS54bWxQSwECLQAUAAYACAAAACEAOP0h/9YAAACUAQAACwAAAAAAAAAAAAAAAAAvAQAAX3JlbHMv&#10;LnJlbHNQSwECLQAUAAYACAAAACEA/XA9580CAACPBgAADgAAAAAAAAAAAAAAAAAuAgAAZHJzL2Uy&#10;b0RvYy54bWxQSwECLQAUAAYACAAAACEAapGecOUAAAAOAQAADwAAAAAAAAAAAAAAAAAnBQAAZHJz&#10;L2Rvd25yZXYueG1sUEsFBgAAAAAEAAQA8wAAADkGAAAAAA==&#10;" fillcolor="#305581 [2148]" stroked="f">
                <v:fill color2="#95b3d7 [1940]" rotate="t" angle="180" colors="0 #315683;31457f #5485bf;1 #95b3d7" focus="100%" type="gradient"/>
              </v:rect>
            </w:pict>
          </mc:Fallback>
        </mc:AlternateContent>
      </w:r>
      <w:r>
        <w:rPr>
          <w:b/>
          <w:sz w:val="24"/>
        </w:rPr>
        <w:t>How would you describe your relationships with your team, manager, and other departments?</w:t>
      </w:r>
    </w:p>
    <w:p w14:paraId="33E9BB52" w14:textId="265EB209" w:rsidR="00677A72" w:rsidRDefault="00534D97">
      <w:r>
        <w:br/>
        <w:t>____________________________________________________________________________________________________</w:t>
      </w:r>
      <w:r>
        <w:br/>
      </w:r>
      <w:r>
        <w:br/>
      </w:r>
    </w:p>
    <w:p w14:paraId="28C40298" w14:textId="77777777" w:rsidR="00677A72" w:rsidRDefault="00534D97">
      <w:r>
        <w:rPr>
          <w:b/>
          <w:sz w:val="24"/>
        </w:rPr>
        <w:t>Do you feel your contributions are recognized and valued?</w:t>
      </w:r>
    </w:p>
    <w:p w14:paraId="02A457D7" w14:textId="77777777" w:rsidR="00677A72" w:rsidRDefault="00534D97">
      <w:r>
        <w:br/>
        <w:t>____________________________________________________________________________________________________</w:t>
      </w:r>
      <w:r>
        <w:br/>
      </w:r>
      <w:r>
        <w:br/>
      </w:r>
    </w:p>
    <w:p w14:paraId="75CA85AE" w14:textId="77777777" w:rsidR="00677A72" w:rsidRDefault="00534D97">
      <w:r>
        <w:rPr>
          <w:b/>
          <w:sz w:val="24"/>
        </w:rPr>
        <w:t>What feedback or support has been most helpful to you? Is there anything you wish you’d received more of?</w:t>
      </w:r>
    </w:p>
    <w:p w14:paraId="7577555A" w14:textId="77777777" w:rsidR="00677A72" w:rsidRDefault="00534D97">
      <w:r>
        <w:br/>
        <w:t>____________________________________________________________________________________________________</w:t>
      </w:r>
      <w:r>
        <w:br/>
      </w:r>
      <w:r>
        <w:br/>
      </w:r>
    </w:p>
    <w:p w14:paraId="7E125940" w14:textId="77777777" w:rsidR="00677A72" w:rsidRDefault="00534D97">
      <w:r>
        <w:rPr>
          <w:b/>
          <w:sz w:val="24"/>
        </w:rPr>
        <w:t>Are there any processes, tools, or workflows you think could be improved to help you do your best work?</w:t>
      </w:r>
    </w:p>
    <w:p w14:paraId="20F6DA52" w14:textId="77777777" w:rsidR="00677A72" w:rsidRDefault="00534D97">
      <w:r>
        <w:br/>
        <w:t>____________________________________________________________________________________________________</w:t>
      </w:r>
      <w:r>
        <w:br/>
      </w:r>
      <w:r>
        <w:br/>
      </w:r>
    </w:p>
    <w:p w14:paraId="39224F2F" w14:textId="77777777" w:rsidR="00677A72" w:rsidRDefault="00534D97">
      <w:r>
        <w:rPr>
          <w:b/>
          <w:sz w:val="24"/>
        </w:rPr>
        <w:t>What factors would influence your decision to stay with the company for another year?</w:t>
      </w:r>
    </w:p>
    <w:p w14:paraId="74449E47" w14:textId="77777777" w:rsidR="00677A72" w:rsidRDefault="00534D97">
      <w:r>
        <w:br/>
        <w:t>____________________________________________________________________________________________________</w:t>
      </w:r>
      <w:r>
        <w:br/>
      </w:r>
      <w:r>
        <w:br/>
      </w:r>
    </w:p>
    <w:p w14:paraId="077912B1" w14:textId="77777777" w:rsidR="00677A72" w:rsidRDefault="00534D97">
      <w:r>
        <w:rPr>
          <w:b/>
          <w:sz w:val="24"/>
        </w:rPr>
        <w:t>What goals do you want to set for yourself in the coming year? How can we support you in achieving them?</w:t>
      </w:r>
    </w:p>
    <w:p w14:paraId="4ACEBE62" w14:textId="3DA9A26D" w:rsidR="00677A72" w:rsidRDefault="00534D97">
      <w:r>
        <w:br/>
        <w:t>____________________________________________________________________________________________________</w:t>
      </w:r>
      <w:r>
        <w:br/>
      </w:r>
      <w:r w:rsidRPr="000E1DA9">
        <w:rPr>
          <w:noProof/>
          <w:color w:val="244061" w:themeColor="accent1" w:themeShade="80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96D5DF9" wp14:editId="50E0A293">
                <wp:simplePos x="0" y="0"/>
                <wp:positionH relativeFrom="column">
                  <wp:posOffset>-1142682</wp:posOffset>
                </wp:positionH>
                <wp:positionV relativeFrom="paragraph">
                  <wp:posOffset>-1202690</wp:posOffset>
                </wp:positionV>
                <wp:extent cx="533400" cy="10763251"/>
                <wp:effectExtent l="0" t="0" r="0" b="0"/>
                <wp:wrapNone/>
                <wp:docPr id="104800163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10763251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67000"/>
                              </a:schemeClr>
                            </a:gs>
                            <a:gs pos="48000">
                              <a:schemeClr val="accent1">
                                <a:lumMod val="97000"/>
                                <a:lumOff val="3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8B4A78" id="Rectangle 3" o:spid="_x0000_s1026" style="position:absolute;margin-left:-89.95pt;margin-top:-94.7pt;width:42pt;height:847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D3nzQIAAI8GAAAOAAAAZHJzL2Uyb0RvYy54bWysVVtP2zAUfp+0/2DlfSRpS4GKFFUgpkls&#10;Q8DEs+s4rSXH9mz3tl+/z3aTdmxCY9pLavuc71y+c+nl1baVZM2tE1pVWXlSZIQrpmuhFlX27en2&#10;w3lGnKeqplIrXmU77rKr6ft3lxsz4QO91LLmlsCIcpONqbKl92aS544teUvdiTZcQdho21KPq13k&#10;taUbWG9lPiiKcb7RtjZWM+4cXm+SMJtG+03Dmf/aNI57IqsMsfn4tfE7D998ekknC0vNUrB9GPQf&#10;omipUHDam7qhnpKVFb+ZagWz2unGnzDd5rppBOMxB2RTFi+yeVxSw2MuIMeZnib3/8yyL+tHc29B&#10;w8a4icMxZLFtbBt+ER/ZRrJ2PVl86wnD4+lwOCpAKYOoLM7Gw8FpGejMD3Bjnf/IdUvCocosqhFJ&#10;ous755Nqp7Lnrr4VUpJGCrSCQsNkxGr/LPwyUgFHiWQHfEQ4YjTYKOJzbBp+LS1ZU5SbMsaVTwi5&#10;aj/rOr2PzwrEndz3kBj3wh0bHZ0HvfDSa71u+KIzTCfwh75L6sO/c1dC7W3+xhGARH71h6q8kh/K&#10;s+jok0IRGga1HGOWAoo4RiWvA9HRrheSP6BsiS3MSSxQ9KjCV+lQsCSVeMkPXRRPfid50n7gDRF1&#10;bKbw4JhdzEOp0iwiBjjvJhIxSgVAUGxg/43YPSSgeVwBb8T3oOhfK9/jW6G0/VNLSPRZYqFJ+h0V&#10;iYDAxVzXu3vkq9MOcobdCozFHXX+nlosHRCARQrpUtsfGdlgKVWZ+76iFmMgPyn0+UU5GkHNx8vo&#10;9GyAiz2WzI8latVeawxCibIaFo9B38vu2FjdPmN/zoJXiKhi8F1lzNvucu1TgbCBGZ/Noho2l6H+&#10;Tj0a1k1kGOOn7TO1Zj/rHmvii+4WGJ28GPmkG/hVerbyuhGxxQ487fnD1kuTmTZ0WKvH96h1+B+Z&#10;/gQAAP//AwBQSwMEFAAGAAgAAAAhALhraJnlAAAADgEAAA8AAABkcnMvZG93bnJldi54bWxMj01P&#10;g0AQhu8m/ofNmHgxdMFILcjStCZND03UVqPxNoURiOwuYbeF/nunp3qbjyfvPJPNR92KI/WusUZB&#10;NAlBkCls2ZhKwcf7KpiBcB5Nia01pOBEDub59VWGaWkHs6XjzleCQ4xLUUHtfZdK6YqaNLqJ7cjw&#10;7sf2Gj23fSXLHgcO1628D8Op1NgYvlBjR881Fb+7g1bw8hpvsPka3tab6LT8Hu62q8XnUqnbm3Hx&#10;BMLT6C8wnPVZHXJ22tuDKZ1oFQTRY5Iwe65myQMIZoIk5tGe4TiMpyDzTP5/I/8DAAD//wMAUEsB&#10;Ai0AFAAGAAgAAAAhALaDOJL+AAAA4QEAABMAAAAAAAAAAAAAAAAAAAAAAFtDb250ZW50X1R5cGVz&#10;XS54bWxQSwECLQAUAAYACAAAACEAOP0h/9YAAACUAQAACwAAAAAAAAAAAAAAAAAvAQAAX3JlbHMv&#10;LnJlbHNQSwECLQAUAAYACAAAACEA/XA9580CAACPBgAADgAAAAAAAAAAAAAAAAAuAgAAZHJzL2Uy&#10;b0RvYy54bWxQSwECLQAUAAYACAAAACEAuGtomeUAAAAOAQAADwAAAAAAAAAAAAAAAAAnBQAAZHJz&#10;L2Rvd25yZXYueG1sUEsFBgAAAAAEAAQA8wAAADkGAAAAAA==&#10;" fillcolor="#305581 [2148]" stroked="f">
                <v:fill color2="#95b3d7 [1940]" rotate="t" angle="180" colors="0 #315683;31457f #5485bf;1 #95b3d7" focus="100%" type="gradient"/>
              </v:rect>
            </w:pict>
          </mc:Fallback>
        </mc:AlternateContent>
      </w:r>
      <w:r>
        <w:br/>
      </w:r>
    </w:p>
    <w:p w14:paraId="786A8446" w14:textId="41C0982E" w:rsidR="00677A72" w:rsidRDefault="00534D97">
      <w:r>
        <w:rPr>
          <w:b/>
          <w:sz w:val="24"/>
        </w:rPr>
        <w:t>Is there anything about our culture, mission, or values that stands out to you—positively or negatively?</w:t>
      </w:r>
    </w:p>
    <w:p w14:paraId="296166FE" w14:textId="27349495" w:rsidR="00677A72" w:rsidRDefault="00534D97">
      <w:r>
        <w:br/>
        <w:t>____________________________________________________________________________________________________</w:t>
      </w:r>
      <w:r>
        <w:br/>
      </w:r>
      <w:r>
        <w:br/>
      </w:r>
    </w:p>
    <w:p w14:paraId="18B8F7F7" w14:textId="77777777" w:rsidR="00677A72" w:rsidRDefault="00534D97">
      <w:r>
        <w:rPr>
          <w:b/>
          <w:sz w:val="24"/>
        </w:rPr>
        <w:t>If you were recruiting someone to join our team, what would you say about your experience here?</w:t>
      </w:r>
    </w:p>
    <w:p w14:paraId="0B0D8278" w14:textId="0A4CC18B" w:rsidR="00677A72" w:rsidRDefault="00534D97">
      <w:r>
        <w:br/>
        <w:t>____________________________________________________________________________________________________</w:t>
      </w:r>
      <w:r>
        <w:br/>
      </w:r>
      <w:r>
        <w:br/>
      </w:r>
    </w:p>
    <w:p w14:paraId="2052F0DD" w14:textId="77777777" w:rsidR="00677A72" w:rsidRDefault="00534D97">
      <w:r>
        <w:rPr>
          <w:b/>
          <w:sz w:val="24"/>
        </w:rPr>
        <w:t>Is there anything else you’d like to discuss or share about your experience over the past year?</w:t>
      </w:r>
    </w:p>
    <w:p w14:paraId="28EF1BC3" w14:textId="77777777" w:rsidR="00677A72" w:rsidRDefault="00534D97">
      <w:r>
        <w:br/>
        <w:t>____________________________________________________________________________________________________</w:t>
      </w:r>
      <w:r>
        <w:br/>
      </w:r>
      <w:r>
        <w:br/>
      </w:r>
    </w:p>
    <w:sectPr w:rsidR="00677A72" w:rsidSect="009C02F5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268451" w14:textId="77777777" w:rsidR="00534D97" w:rsidRDefault="00534D97">
      <w:pPr>
        <w:spacing w:after="0" w:line="240" w:lineRule="auto"/>
      </w:pPr>
      <w:r>
        <w:separator/>
      </w:r>
    </w:p>
  </w:endnote>
  <w:endnote w:type="continuationSeparator" w:id="0">
    <w:p w14:paraId="2B90703A" w14:textId="77777777" w:rsidR="00534D97" w:rsidRDefault="00534D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E20F1" w14:textId="77777777" w:rsidR="00534D97" w:rsidRDefault="00534D97">
      <w:pPr>
        <w:spacing w:after="0" w:line="240" w:lineRule="auto"/>
      </w:pPr>
      <w:r>
        <w:separator/>
      </w:r>
    </w:p>
  </w:footnote>
  <w:footnote w:type="continuationSeparator" w:id="0">
    <w:p w14:paraId="000DD9A1" w14:textId="77777777" w:rsidR="00534D97" w:rsidRDefault="00534D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697E6E" w14:textId="77777777" w:rsidR="00677A72" w:rsidRDefault="00534D97">
    <w:pPr>
      <w:pStyle w:val="Header"/>
    </w:pPr>
    <w:r>
      <w:rPr>
        <w:noProof/>
      </w:rPr>
      <w:drawing>
        <wp:inline distT="0" distB="0" distL="0" distR="0" wp14:anchorId="76AD30A7" wp14:editId="6D306197">
          <wp:extent cx="2286000" cy="744220"/>
          <wp:effectExtent l="0" t="0" r="0" b="0"/>
          <wp:docPr id="363476446" name="Picture 3634764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-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8600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58636021">
    <w:abstractNumId w:val="8"/>
  </w:num>
  <w:num w:numId="2" w16cid:durableId="583026790">
    <w:abstractNumId w:val="6"/>
  </w:num>
  <w:num w:numId="3" w16cid:durableId="1338851857">
    <w:abstractNumId w:val="5"/>
  </w:num>
  <w:num w:numId="4" w16cid:durableId="2092197880">
    <w:abstractNumId w:val="4"/>
  </w:num>
  <w:num w:numId="5" w16cid:durableId="826364979">
    <w:abstractNumId w:val="7"/>
  </w:num>
  <w:num w:numId="6" w16cid:durableId="675807951">
    <w:abstractNumId w:val="3"/>
  </w:num>
  <w:num w:numId="7" w16cid:durableId="1519076774">
    <w:abstractNumId w:val="2"/>
  </w:num>
  <w:num w:numId="8" w16cid:durableId="965231408">
    <w:abstractNumId w:val="1"/>
  </w:num>
  <w:num w:numId="9" w16cid:durableId="191118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34D97"/>
    <w:rsid w:val="00677A72"/>
    <w:rsid w:val="009C02F5"/>
    <w:rsid w:val="00AA1D8D"/>
    <w:rsid w:val="00B26C6E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EAEBF7"/>
  <w14:defaultImageDpi w14:val="300"/>
  <w15:docId w15:val="{794247BF-FDA1-4B5A-BA13-2A7CC752B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Lorenzo Ramirez</cp:lastModifiedBy>
  <cp:revision>3</cp:revision>
  <dcterms:created xsi:type="dcterms:W3CDTF">2025-10-02T16:12:00Z</dcterms:created>
  <dcterms:modified xsi:type="dcterms:W3CDTF">2025-10-02T17:54:00Z</dcterms:modified>
  <cp:category/>
</cp:coreProperties>
</file>