
<file path=[Content_Types].xml><?xml version="1.0" encoding="utf-8"?>
<Types xmlns="http://schemas.openxmlformats.org/package/2006/content-types">
  <Default Extension="pn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2.png" ContentType="image/pn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1423220140"/>
        <w:docPartObj>
          <w:docPartGallery w:val="Cover Pages"/>
          <w:docPartUnique/>
        </w:docPartObj>
      </w:sdtPr>
      <w:sdtEndPr/>
      <w:sdtContent>
        <w:p w14:paraId="37C59287" w14:textId="5663C7F9" w:rsidR="000E1DA9" w:rsidRDefault="000E1DA9">
          <w:pPr>
            <w:pStyle w:val="NoSpacing"/>
          </w:pPr>
          <w:r w:rsidRPr="000E1DA9">
            <w:rPr>
              <w:noProof/>
              <w:color w:val="244061" w:themeColor="accent1" w:themeShade="80"/>
            </w:rPr>
            <mc:AlternateContent>
              <mc:Choice Requires="wps">
                <w:drawing>
                  <wp:anchor distT="0" distB="0" distL="114300" distR="114300" simplePos="0" relativeHeight="251652608" behindDoc="1" locked="0" layoutInCell="1" allowOverlap="1" wp14:anchorId="15A2F010" wp14:editId="4235E063">
                    <wp:simplePos x="0" y="0"/>
                    <wp:positionH relativeFrom="column">
                      <wp:posOffset>-1138237</wp:posOffset>
                    </wp:positionH>
                    <wp:positionV relativeFrom="paragraph">
                      <wp:posOffset>-1628458</wp:posOffset>
                    </wp:positionV>
                    <wp:extent cx="533400" cy="10763251"/>
                    <wp:effectExtent l="0" t="0" r="0" b="0"/>
                    <wp:wrapNone/>
                    <wp:docPr id="295440857" name="Rectangle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533400" cy="10763251"/>
                            </a:xfrm>
                            <a:prstGeom prst="rect">
                              <a:avLst/>
                            </a:prstGeom>
                            <a:gradFill flip="none" rotWithShape="1">
                              <a:gsLst>
                                <a:gs pos="0">
                                  <a:schemeClr val="accent1">
                                    <a:lumMod val="67000"/>
                                  </a:schemeClr>
                                </a:gs>
                                <a:gs pos="48000">
                                  <a:schemeClr val="accent1">
                                    <a:lumMod val="97000"/>
                                    <a:lumOff val="3000"/>
                                  </a:schemeClr>
                                </a:gs>
                                <a:gs pos="100000">
                                  <a:schemeClr val="accent1">
                                    <a:lumMod val="60000"/>
                                    <a:lumOff val="40000"/>
                                  </a:schemeClr>
                                </a:gs>
                              </a:gsLst>
                              <a:lin ang="16200000" scaled="1"/>
                              <a:tileRect/>
                            </a:gradFill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5973A7FF" id="Rectangle 3" o:spid="_x0000_s1026" style="position:absolute;margin-left:-89.6pt;margin-top:-128.25pt;width:42pt;height:847.5pt;z-index:-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" fillcolor="#305581 [2148]" stroked="f">
                    <v:fill color2="#95b3d7 [1940]" rotate="t" angle="180" colors="0 #315683;31457f #5485bf;1 #95b3d7" focus="100%" type="gradient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4896" behindDoc="0" locked="0" layoutInCell="1" allowOverlap="1" wp14:anchorId="1390FA14" wp14:editId="1A4CF123">
                    <wp:simplePos x="0" y="0"/>
                    <mc:AlternateContent>
                      <mc:Choice Requires="wp14">
                        <wp:positionH relativeFrom="page">
                          <wp14:pctPosHOffset>42000</wp14:pctPosHOffset>
                        </wp:positionH>
                      </mc:Choice>
                      <mc:Fallback>
                        <wp:positionH relativeFrom="page">
                          <wp:posOffset>3263900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88000</wp14:pctPosVOffset>
                        </wp:positionV>
                      </mc:Choice>
                      <mc:Fallback>
                        <wp:positionV relativeFrom="page">
                          <wp:posOffset>8851265</wp:posOffset>
                        </wp:positionV>
                      </mc:Fallback>
                    </mc:AlternateContent>
                    <wp:extent cx="3657600" cy="365760"/>
                    <wp:effectExtent l="0" t="0" r="0" b="0"/>
                    <wp:wrapNone/>
                    <wp:docPr id="32" name="Text Box 2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3657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BC06664" w14:textId="00F4A5C8" w:rsidR="000E1DA9" w:rsidRDefault="000E1DA9">
                                <w:pPr>
                                  <w:pStyle w:val="NoSpacing"/>
                                  <w:rPr>
                                    <w:color w:val="595959" w:themeColor="text1" w:themeTint="A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390FA14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8" o:spid="_x0000_s1026" type="#_x0000_t202" style="position:absolute;left:0;text-align:left;margin-left:0;margin-top:0;width:4in;height:28.8pt;z-index:251664896;visibility:visible;mso-wrap-style:square;mso-width-percent:450;mso-height-percent:0;mso-left-percent:420;mso-top-percent:880;mso-wrap-distance-left:9pt;mso-wrap-distance-top:0;mso-wrap-distance-right:9pt;mso-wrap-distance-bottom:0;mso-position-horizontal-relative:page;mso-position-vertical-relative:page;mso-width-percent:450;mso-height-percent:0;mso-left-percent:420;mso-top-percent:88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" filled="f" stroked="f" strokeweight=".5pt">
                    <v:textbox style="mso-fit-shape-to-text:t" inset="0,0,0,0">
                      <w:txbxContent>
                        <w:p w14:paraId="7BC06664" w14:textId="00F4A5C8" w:rsidR="000E1DA9" w:rsidRDefault="000E1DA9">
                          <w:pPr>
                            <w:pStyle w:val="NoSpacing"/>
                            <w:rPr>
                              <w:color w:val="595959" w:themeColor="text1" w:themeTint="A6"/>
                            </w:rPr>
                          </w:pP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14:paraId="35E95EC2" w14:textId="4CFB82B5" w:rsidR="000E1DA9" w:rsidRDefault="006070C0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776" behindDoc="0" locked="0" layoutInCell="1" allowOverlap="1" wp14:anchorId="2E7E8C68" wp14:editId="2FF29B95">
                    <wp:simplePos x="0" y="0"/>
                    <wp:positionH relativeFrom="page">
                      <wp:posOffset>2218690</wp:posOffset>
                    </wp:positionH>
                    <wp:positionV relativeFrom="page">
                      <wp:posOffset>1832927</wp:posOffset>
                    </wp:positionV>
                    <wp:extent cx="6286183" cy="1069848"/>
                    <wp:effectExtent l="0" t="0" r="635" b="0"/>
                    <wp:wrapNone/>
                    <wp:docPr id="1" name="Text Box 3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286183" cy="106984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F250F54" w14:textId="0DB36AD9" w:rsidR="000E1DA9" w:rsidRPr="006070C0" w:rsidRDefault="00DE0E0B">
                                <w:pPr>
                                  <w:pStyle w:val="NoSpacing"/>
                                  <w:rPr>
                                    <w:rFonts w:eastAsiaTheme="majorEastAsia" w:cstheme="majorBidi"/>
                                    <w:b/>
                                    <w:bCs/>
                                    <w:color w:val="262626" w:themeColor="text1" w:themeTint="D9"/>
                                    <w:sz w:val="48"/>
                                    <w:szCs w:val="48"/>
                                  </w:rPr>
                                </w:pPr>
                                <w:sdt>
                                  <w:sdtPr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262626" w:themeColor="text1" w:themeTint="D9"/>
                                      <w:sz w:val="48"/>
                                      <w:szCs w:val="48"/>
                                    </w:rPr>
                                    <w:alias w:val="Title"/>
                                    <w:tag w:val=""/>
                                    <w:id w:val="-705018352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0E1DA9" w:rsidRPr="006070C0">
                                      <w:rPr>
                                        <w:rFonts w:eastAsiaTheme="majorEastAsia" w:cstheme="majorBidi"/>
                                        <w:b/>
                                        <w:bCs/>
                                        <w:color w:val="262626" w:themeColor="text1" w:themeTint="D9"/>
                                        <w:sz w:val="48"/>
                                        <w:szCs w:val="48"/>
                                      </w:rPr>
                                      <w:t>90</w:t>
                                    </w:r>
                                    <w:r w:rsidR="006070C0">
                                      <w:rPr>
                                        <w:rFonts w:eastAsiaTheme="majorEastAsia" w:cstheme="majorBidi"/>
                                        <w:b/>
                                        <w:bCs/>
                                        <w:color w:val="262626" w:themeColor="text1" w:themeTint="D9"/>
                                        <w:sz w:val="48"/>
                                        <w:szCs w:val="48"/>
                                      </w:rPr>
                                      <w:t>-</w:t>
                                    </w:r>
                                    <w:r w:rsidR="000E1DA9" w:rsidRPr="006070C0">
                                      <w:rPr>
                                        <w:rFonts w:eastAsiaTheme="majorEastAsia" w:cstheme="majorBidi"/>
                                        <w:b/>
                                        <w:bCs/>
                                        <w:color w:val="262626" w:themeColor="text1" w:themeTint="D9"/>
                                        <w:sz w:val="48"/>
                                        <w:szCs w:val="48"/>
                                      </w:rPr>
                                      <w:t>Day Interview</w:t>
                                    </w:r>
                                    <w:r w:rsidR="006070C0">
                                      <w:rPr>
                                        <w:rFonts w:eastAsiaTheme="majorEastAsia" w:cstheme="majorBidi"/>
                                        <w:b/>
                                        <w:bCs/>
                                        <w:color w:val="262626" w:themeColor="text1" w:themeTint="D9"/>
                                        <w:sz w:val="48"/>
                                        <w:szCs w:val="48"/>
                                      </w:rPr>
                                      <w:t xml:space="preserve"> Form</w:t>
                                    </w:r>
                                  </w:sdtContent>
                                </w:sdt>
                              </w:p>
                              <w:p w14:paraId="3E4A1FA5" w14:textId="77777777" w:rsidR="000E1DA9" w:rsidRDefault="000E1DA9">
                                <w:pPr>
                                  <w:spacing w:before="120"/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2E7E8C68" id="Text Box 30" o:spid="_x0000_s1027" type="#_x0000_t202" style="position:absolute;left:0;text-align:left;margin-left:174.7pt;margin-top:144.3pt;width:495pt;height:84.2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" filled="f" stroked="f" strokeweight=".5pt">
                    <v:textbox inset="0,0,0,0">
                      <w:txbxContent>
                        <w:p w14:paraId="1F250F54" w14:textId="0DB36AD9" w:rsidR="000E1DA9" w:rsidRPr="006070C0" w:rsidRDefault="00793D7B">
                          <w:pPr>
                            <w:pStyle w:val="NoSpacing"/>
                            <w:rPr>
                              <w:rFonts w:eastAsiaTheme="majorEastAsia" w:cstheme="majorBidi"/>
                              <w:b/>
                              <w:bCs/>
                              <w:color w:val="262626" w:themeColor="text1" w:themeTint="D9"/>
                              <w:sz w:val="48"/>
                              <w:szCs w:val="48"/>
                            </w:rPr>
                          </w:pPr>
                          <w:sdt>
                            <w:sdtPr>
                              <w:rPr>
                                <w:rFonts w:eastAsiaTheme="majorEastAsia" w:cstheme="majorBidi"/>
                                <w:b/>
                                <w:bCs/>
                                <w:color w:val="262626" w:themeColor="text1" w:themeTint="D9"/>
                                <w:sz w:val="48"/>
                                <w:szCs w:val="48"/>
                              </w:rPr>
                              <w:alias w:val="Title"/>
                              <w:tag w:val=""/>
                              <w:id w:val="-705018352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0E1DA9" w:rsidRPr="006070C0">
                                <w:rPr>
                                  <w:rFonts w:eastAsiaTheme="majorEastAsia" w:cstheme="majorBidi"/>
                                  <w:b/>
                                  <w:bCs/>
                                  <w:color w:val="262626" w:themeColor="text1" w:themeTint="D9"/>
                                  <w:sz w:val="48"/>
                                  <w:szCs w:val="48"/>
                                </w:rPr>
                                <w:t>90</w:t>
                              </w:r>
                              <w:r w:rsidR="006070C0">
                                <w:rPr>
                                  <w:rFonts w:eastAsiaTheme="majorEastAsia" w:cstheme="majorBidi"/>
                                  <w:b/>
                                  <w:bCs/>
                                  <w:color w:val="262626" w:themeColor="text1" w:themeTint="D9"/>
                                  <w:sz w:val="48"/>
                                  <w:szCs w:val="48"/>
                                </w:rPr>
                                <w:t>-</w:t>
                              </w:r>
                              <w:r w:rsidR="000E1DA9" w:rsidRPr="006070C0">
                                <w:rPr>
                                  <w:rFonts w:eastAsiaTheme="majorEastAsia" w:cstheme="majorBidi"/>
                                  <w:b/>
                                  <w:bCs/>
                                  <w:color w:val="262626" w:themeColor="text1" w:themeTint="D9"/>
                                  <w:sz w:val="48"/>
                                  <w:szCs w:val="48"/>
                                </w:rPr>
                                <w:t>Day Interview</w:t>
                              </w:r>
                              <w:r w:rsidR="006070C0">
                                <w:rPr>
                                  <w:rFonts w:eastAsiaTheme="majorEastAsia" w:cstheme="majorBidi"/>
                                  <w:b/>
                                  <w:bCs/>
                                  <w:color w:val="262626" w:themeColor="text1" w:themeTint="D9"/>
                                  <w:sz w:val="48"/>
                                  <w:szCs w:val="48"/>
                                </w:rPr>
                                <w:t xml:space="preserve"> Form</w:t>
                              </w:r>
                            </w:sdtContent>
                          </w:sdt>
                        </w:p>
                        <w:p w14:paraId="3E4A1FA5" w14:textId="77777777" w:rsidR="000E1DA9" w:rsidRDefault="000E1DA9">
                          <w:pPr>
                            <w:spacing w:before="120"/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 w:rsidR="0028340A">
            <w:rPr>
              <w:noProof/>
            </w:rPr>
            <mc:AlternateContent>
              <mc:Choice Requires="wps">
                <w:drawing>
                  <wp:anchor distT="91440" distB="91440" distL="114300" distR="114300" simplePos="0" relativeHeight="251666944" behindDoc="0" locked="0" layoutInCell="1" allowOverlap="1" wp14:anchorId="574F1230" wp14:editId="1B6C836C">
                    <wp:simplePos x="0" y="0"/>
                    <wp:positionH relativeFrom="margin">
                      <wp:align>left</wp:align>
                    </wp:positionH>
                    <wp:positionV relativeFrom="paragraph">
                      <wp:posOffset>741680</wp:posOffset>
                    </wp:positionV>
                    <wp:extent cx="5438140" cy="1403985"/>
                    <wp:effectExtent l="0" t="0" r="0" b="0"/>
                    <wp:wrapTopAndBottom/>
                    <wp:docPr id="307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438140" cy="14039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0F9F456" w14:textId="77777777" w:rsidR="000E1DA9" w:rsidRPr="00FF2A03" w:rsidRDefault="000E1DA9" w:rsidP="000E1DA9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FF2A03">
                                  <w:rPr>
                                    <w:b/>
                                    <w:bCs/>
                                  </w:rPr>
                                  <w:t>Instructions for Interviewers:</w:t>
                                </w:r>
                              </w:p>
                              <w:p w14:paraId="001F619C" w14:textId="77777777" w:rsidR="000E1DA9" w:rsidRDefault="000E1DA9" w:rsidP="000E1DA9">
                                <w:r>
                                  <w:t>- Purpose: This interview is designed to support employee engagement, development, and retention.</w:t>
                                </w:r>
                              </w:p>
                              <w:p w14:paraId="4EF05365" w14:textId="77777777" w:rsidR="000E1DA9" w:rsidRDefault="000E1DA9" w:rsidP="000E1DA9">
                                <w:r>
                                  <w:t>- How to Use: Ask each question and record responses in the fillable boxes provided.</w:t>
                                </w:r>
                              </w:p>
                              <w:p w14:paraId="74BC2C98" w14:textId="77777777" w:rsidR="000E1DA9" w:rsidRDefault="000E1DA9" w:rsidP="000E1DA9">
                                <w:r>
                                  <w:t>- Tips: Create a comfortable environment, listen actively, and encourage honest feedback.</w:t>
                                </w:r>
                              </w:p>
                              <w:p w14:paraId="7207C8D0" w14:textId="77777777" w:rsidR="000E1DA9" w:rsidRDefault="000E1DA9" w:rsidP="000E1DA9">
                                <w:r>
                                  <w:t>- Reminder: Take detailed notes in the boxes to capture insights and follow-up actions.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20000</wp14:pctHeight>
                    </wp14:sizeRelV>
                  </wp:anchor>
                </w:drawing>
              </mc:Choice>
              <mc:Fallback>
                <w:pict>
                  <v:shape w14:anchorId="574F1230" id="Text Box 2" o:spid="_x0000_s1028" type="#_x0000_t202" style="position:absolute;left:0;text-align:left;margin-left:0;margin-top:58.4pt;width:428.2pt;height:110.55pt;z-index:251666944;visibility:visible;mso-wrap-style:square;mso-width-percent:0;mso-height-percent:200;mso-wrap-distance-left:9pt;mso-wrap-distance-top:7.2pt;mso-wrap-distance-right:9pt;mso-wrap-distance-bottom:7.2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" filled="f" stroked="f">
                    <v:textbox style="mso-fit-shape-to-text:t">
                      <w:txbxContent>
                        <w:p w14:paraId="30F9F456" w14:textId="77777777" w:rsidR="000E1DA9" w:rsidRPr="00FF2A03" w:rsidRDefault="000E1DA9" w:rsidP="000E1DA9">
                          <w:pPr>
                            <w:rPr>
                              <w:b/>
                              <w:bCs/>
                            </w:rPr>
                          </w:pPr>
                          <w:r w:rsidRPr="00FF2A03">
                            <w:rPr>
                              <w:b/>
                              <w:bCs/>
                            </w:rPr>
                            <w:t>Instructions for Interviewers:</w:t>
                          </w:r>
                        </w:p>
                        <w:p w14:paraId="001F619C" w14:textId="77777777" w:rsidR="000E1DA9" w:rsidRDefault="000E1DA9" w:rsidP="000E1DA9">
                          <w:r>
                            <w:t>- Purpose: This interview is designed to support employee engagement, development, and retention.</w:t>
                          </w:r>
                        </w:p>
                        <w:p w14:paraId="4EF05365" w14:textId="77777777" w:rsidR="000E1DA9" w:rsidRDefault="000E1DA9" w:rsidP="000E1DA9">
                          <w:r>
                            <w:t>- How to Use: Ask each question and record responses in the fillable boxes provided.</w:t>
                          </w:r>
                        </w:p>
                        <w:p w14:paraId="74BC2C98" w14:textId="77777777" w:rsidR="000E1DA9" w:rsidRDefault="000E1DA9" w:rsidP="000E1DA9">
                          <w:r>
                            <w:t>- Tips: Create a comfortable environment, listen actively, and encourage honest feedback.</w:t>
                          </w:r>
                        </w:p>
                        <w:p w14:paraId="7207C8D0" w14:textId="77777777" w:rsidR="000E1DA9" w:rsidRDefault="000E1DA9" w:rsidP="000E1DA9">
                          <w:r>
                            <w:t>- Reminder: Take detailed notes in the boxes to capture insights and follow-up actions.</w:t>
                          </w:r>
                        </w:p>
                      </w:txbxContent>
                    </v:textbox>
                    <w10:wrap type="topAndBottom" anchorx="margin"/>
                  </v:shape>
                </w:pict>
              </mc:Fallback>
            </mc:AlternateContent>
          </w:r>
          <w:r w:rsidR="000E1DA9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4656" behindDoc="1" locked="0" layoutInCell="1" allowOverlap="1" wp14:anchorId="6FB434A0" wp14:editId="715A6C51">
                    <wp:simplePos x="0" y="0"/>
                    <wp:positionH relativeFrom="column">
                      <wp:posOffset>-1419225</wp:posOffset>
                    </wp:positionH>
                    <wp:positionV relativeFrom="paragraph">
                      <wp:posOffset>656590</wp:posOffset>
                    </wp:positionV>
                    <wp:extent cx="280988" cy="551815"/>
                    <wp:effectExtent l="0" t="0" r="5080" b="635"/>
                    <wp:wrapNone/>
                    <wp:docPr id="1480141340" name="Pentagon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flipH="1">
                              <a:off x="0" y="0"/>
                              <a:ext cx="280988" cy="551815"/>
                            </a:xfrm>
                            <a:prstGeom prst="homePlate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0AC7003" w14:textId="547DCDBC" w:rsidR="000E1DA9" w:rsidRDefault="000E1DA9">
                                <w:pPr>
                                  <w:pStyle w:val="NoSpacing"/>
                                  <w:jc w:val="right"/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0" rIns="18288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type w14:anchorId="6FB434A0" id="_x0000_t15" coordsize="21600,21600" o:spt="15" adj="16200" path="m@0,l,,,21600@0,21600,21600,10800xe">
                    <v:stroke joinstyle="miter"/>
                    <v:formulas>
                      <v:f eqn="val #0"/>
                      <v:f eqn="prod #0 1 2"/>
                    </v:formulas>
                    <v:path gradientshapeok="t" o:connecttype="custom" o:connectlocs="@1,0;0,10800;@1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Pentagon 4" o:spid="_x0000_s1029" type="#_x0000_t15" style="position:absolute;left:0;text-align:left;margin-left:-111.75pt;margin-top:51.7pt;width:22.15pt;height:43.45pt;flip:x;z-index:-25166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" adj="10800" fillcolor="#4f81bd [3204]" stroked="f" strokeweight="2pt">
                    <v:textbox inset=",0,14.4pt,0">
                      <w:txbxContent>
                        <w:p w14:paraId="30AC7003" w14:textId="547DCDBC" w:rsidR="000E1DA9" w:rsidRDefault="000E1DA9">
                          <w:pPr>
                            <w:pStyle w:val="NoSpacing"/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 w:rsidR="000E1DA9">
            <w:br w:type="page"/>
          </w:r>
        </w:p>
      </w:sdtContent>
    </w:sdt>
    <w:p w14:paraId="0B900F6D" w14:textId="31D60510" w:rsidR="00BD5229" w:rsidRDefault="000E1DA9">
      <w:r w:rsidRPr="000E1DA9">
        <w:rPr>
          <w:noProof/>
          <w:color w:val="244061" w:themeColor="accent1" w:themeShade="80"/>
        </w:rPr>
        <w:lastRenderedPageBreak/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1428EF61" wp14:editId="71836812">
                <wp:simplePos x="0" y="0"/>
                <wp:positionH relativeFrom="column">
                  <wp:posOffset>-1142683</wp:posOffset>
                </wp:positionH>
                <wp:positionV relativeFrom="paragraph">
                  <wp:posOffset>-1186815</wp:posOffset>
                </wp:positionV>
                <wp:extent cx="533400" cy="11087100"/>
                <wp:effectExtent l="0" t="0" r="0" b="0"/>
                <wp:wrapNone/>
                <wp:docPr id="96648175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110871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67000"/>
                              </a:schemeClr>
                            </a:gs>
                            <a:gs pos="48000">
                              <a:schemeClr val="accent1">
                                <a:lumMod val="97000"/>
                                <a:lumOff val="3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079A81" id="Rectangle 3" o:spid="_x0000_s1026" style="position:absolute;margin-left:-90pt;margin-top:-93.45pt;width:42pt;height:873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" fillcolor="#305581 [2148]" stroked="f">
                <v:fill color2="#95b3d7 [1940]" rotate="t" angle="180" colors="0 #315683;31457f #5485bf;1 #95b3d7" focus="100%" type="gradient"/>
              </v:rect>
            </w:pict>
          </mc:Fallback>
        </mc:AlternateContent>
      </w:r>
      <w:r>
        <w:t xml:space="preserve">Supervisor: </w:t>
      </w:r>
      <w:r>
        <w:tab/>
      </w:r>
      <w:r>
        <w:tab/>
      </w:r>
      <w:r>
        <w:tab/>
      </w:r>
      <w:r>
        <w:tab/>
      </w:r>
      <w:r>
        <w:tab/>
        <w:t>Department:</w:t>
      </w:r>
    </w:p>
    <w:p w14:paraId="0EF448E6" w14:textId="69E108BB" w:rsidR="000E1DA9" w:rsidRDefault="000E1DA9">
      <w:pPr>
        <w:rPr>
          <w:b/>
          <w:sz w:val="24"/>
        </w:rPr>
      </w:pPr>
      <w:r>
        <w:t>Employee:</w:t>
      </w:r>
      <w:r>
        <w:tab/>
      </w:r>
      <w:r>
        <w:tab/>
      </w:r>
      <w:r>
        <w:tab/>
      </w:r>
      <w:r>
        <w:tab/>
      </w:r>
      <w:r>
        <w:tab/>
        <w:t>Date:</w:t>
      </w:r>
    </w:p>
    <w:p w14:paraId="49D4F399" w14:textId="5C44F785" w:rsidR="000E1DA9" w:rsidRDefault="000E1DA9">
      <w:pPr>
        <w:rPr>
          <w:b/>
          <w:sz w:val="24"/>
        </w:rPr>
      </w:pPr>
    </w:p>
    <w:p w14:paraId="21AC0E6A" w14:textId="4C9D4E62" w:rsidR="00BD5229" w:rsidRDefault="000E1DA9"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CDB946A" wp14:editId="252B18A3">
                <wp:simplePos x="0" y="0"/>
                <wp:positionH relativeFrom="column">
                  <wp:posOffset>-1228725</wp:posOffset>
                </wp:positionH>
                <wp:positionV relativeFrom="paragraph">
                  <wp:posOffset>493713</wp:posOffset>
                </wp:positionV>
                <wp:extent cx="85725" cy="576210"/>
                <wp:effectExtent l="0" t="0" r="9525" b="0"/>
                <wp:wrapNone/>
                <wp:docPr id="1015730346" name="Pentago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5725" cy="576210"/>
                        </a:xfrm>
                        <a:prstGeom prst="homePlat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373C68" w14:textId="77777777" w:rsidR="000E1DA9" w:rsidRDefault="000E1DA9" w:rsidP="000E1DA9">
                            <w:pPr>
                              <w:pStyle w:val="NoSpacing"/>
                              <w:jc w:val="right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="horz" wrap="square" lIns="91440" tIns="0" rIns="18288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CDB946A" id="_x0000_s1030" type="#_x0000_t15" style="position:absolute;left:0;text-align:left;margin-left:-96.75pt;margin-top:38.9pt;width:6.75pt;height:45.35pt;flip:x;z-index:-251654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" adj="10800" fillcolor="#4f81bd [3204]" stroked="f" strokeweight="2pt">
                <v:textbox inset=",0,14.4pt,0">
                  <w:txbxContent>
                    <w:p w14:paraId="2C373C68" w14:textId="77777777" w:rsidR="000E1DA9" w:rsidRDefault="000E1DA9" w:rsidP="000E1DA9">
                      <w:pPr>
                        <w:pStyle w:val="NoSpacing"/>
                        <w:jc w:val="right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sz w:val="24"/>
        </w:rPr>
        <w:t>Reflecting on your first three months, what accomplishments are you most proud of?</w:t>
      </w:r>
    </w:p>
    <w:p w14:paraId="60B1BDE4" w14:textId="77777777" w:rsidR="00BD5229" w:rsidRDefault="00793D7B">
      <w:r>
        <w:br/>
        <w:t>____________________________________________________________________________________________________</w:t>
      </w:r>
      <w:r>
        <w:br/>
      </w:r>
      <w:r>
        <w:br/>
      </w:r>
    </w:p>
    <w:p w14:paraId="1DCEB550" w14:textId="77777777" w:rsidR="00BD5229" w:rsidRDefault="00793D7B">
      <w:r>
        <w:rPr>
          <w:b/>
          <w:sz w:val="24"/>
        </w:rPr>
        <w:t>How have your responsibilities or expectations evolved since you started?</w:t>
      </w:r>
    </w:p>
    <w:p w14:paraId="1E0E7D9B" w14:textId="77777777" w:rsidR="00BD5229" w:rsidRDefault="00793D7B">
      <w:r>
        <w:br/>
        <w:t>____________________________________________________________________________________________________</w:t>
      </w:r>
      <w:r>
        <w:br/>
      </w:r>
      <w:r>
        <w:br/>
      </w:r>
    </w:p>
    <w:p w14:paraId="2CF557FC" w14:textId="77777777" w:rsidR="00BD5229" w:rsidRDefault="00793D7B">
      <w:r>
        <w:rPr>
          <w:b/>
          <w:sz w:val="24"/>
        </w:rPr>
        <w:t>What skills or knowledge have you developed so far, and what would you like to learn next?</w:t>
      </w:r>
    </w:p>
    <w:p w14:paraId="5B3D2C9F" w14:textId="182235FC" w:rsidR="00BD5229" w:rsidRDefault="00793D7B">
      <w:r>
        <w:br/>
        <w:t>____________________________________________________________________________________________________</w:t>
      </w:r>
      <w:r>
        <w:br/>
      </w:r>
      <w:r>
        <w:br/>
      </w:r>
    </w:p>
    <w:p w14:paraId="54E5B3F1" w14:textId="77777777" w:rsidR="00BD5229" w:rsidRDefault="00793D7B">
      <w:r>
        <w:rPr>
          <w:b/>
          <w:sz w:val="24"/>
        </w:rPr>
        <w:t>Have you encountered any unexpected challenges? How did you address them?</w:t>
      </w:r>
    </w:p>
    <w:p w14:paraId="0B34F8C6" w14:textId="77777777" w:rsidR="00BD5229" w:rsidRDefault="00793D7B">
      <w:r>
        <w:br/>
        <w:t>____________________________________________________________________________________________________</w:t>
      </w:r>
      <w:r>
        <w:br/>
      </w:r>
      <w:r>
        <w:br/>
      </w:r>
    </w:p>
    <w:p w14:paraId="0A387DB4" w14:textId="77777777" w:rsidR="00BD5229" w:rsidRDefault="00793D7B">
      <w:r>
        <w:rPr>
          <w:b/>
          <w:sz w:val="24"/>
        </w:rPr>
        <w:t>How would you describe your relationships with your team and manager?</w:t>
      </w:r>
    </w:p>
    <w:p w14:paraId="343B1797" w14:textId="77777777" w:rsidR="00BD5229" w:rsidRDefault="00793D7B">
      <w:r>
        <w:br/>
        <w:t>____________________________________________________________________________________________________</w:t>
      </w:r>
      <w:r>
        <w:br/>
      </w:r>
      <w:r>
        <w:br/>
      </w:r>
    </w:p>
    <w:p w14:paraId="5A04D458" w14:textId="77777777" w:rsidR="00BD5229" w:rsidRDefault="00793D7B">
      <w:r>
        <w:rPr>
          <w:b/>
          <w:sz w:val="24"/>
        </w:rPr>
        <w:t>Do you feel you have the resources and support needed to succeed in your role?</w:t>
      </w:r>
    </w:p>
    <w:p w14:paraId="065321AB" w14:textId="05BB2E2A" w:rsidR="00BD5229" w:rsidRDefault="000E1DA9">
      <w:r w:rsidRPr="000E1DA9">
        <w:rPr>
          <w:noProof/>
          <w:color w:val="244061" w:themeColor="accent1" w:themeShade="80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1561ADCF" wp14:editId="1EA57815">
                <wp:simplePos x="0" y="0"/>
                <wp:positionH relativeFrom="column">
                  <wp:posOffset>-1143000</wp:posOffset>
                </wp:positionH>
                <wp:positionV relativeFrom="paragraph">
                  <wp:posOffset>-1436370</wp:posOffset>
                </wp:positionV>
                <wp:extent cx="533400" cy="10763251"/>
                <wp:effectExtent l="0" t="0" r="0" b="0"/>
                <wp:wrapNone/>
                <wp:docPr id="116732310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10763251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67000"/>
                              </a:schemeClr>
                            </a:gs>
                            <a:gs pos="48000">
                              <a:schemeClr val="accent1">
                                <a:lumMod val="97000"/>
                                <a:lumOff val="3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DCCCDB" id="Rectangle 3" o:spid="_x0000_s1026" style="position:absolute;margin-left:-90pt;margin-top:-113.1pt;width:42pt;height:847.5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" fillcolor="#305581 [2148]" stroked="f">
                <v:fill color2="#95b3d7 [1940]" rotate="t" angle="180" colors="0 #315683;31457f #5485bf;1 #95b3d7" focus="100%" type="gradient"/>
              </v:rect>
            </w:pict>
          </mc:Fallback>
        </mc:AlternateContent>
      </w:r>
      <w:r>
        <w:br/>
        <w:t>____________________________________________________________________________________________________</w:t>
      </w:r>
      <w:r>
        <w:br/>
      </w:r>
      <w:r>
        <w:lastRenderedPageBreak/>
        <w:br/>
      </w:r>
    </w:p>
    <w:p w14:paraId="3E3F4D9A" w14:textId="33314F47" w:rsidR="00BD5229" w:rsidRDefault="00793D7B">
      <w:r>
        <w:rPr>
          <w:b/>
          <w:sz w:val="24"/>
        </w:rPr>
        <w:t>What feedback have you received, and how has it helped you grow?</w:t>
      </w:r>
    </w:p>
    <w:p w14:paraId="1D90D46E" w14:textId="219E89E7" w:rsidR="00BD5229" w:rsidRDefault="00793D7B">
      <w:r>
        <w:br/>
        <w:t>____________________________________________________________________________________________________</w:t>
      </w:r>
      <w:r>
        <w:br/>
      </w:r>
      <w:r>
        <w:br/>
      </w:r>
    </w:p>
    <w:p w14:paraId="58323E60" w14:textId="1E9AD422" w:rsidR="00BD5229" w:rsidRDefault="00793D7B">
      <w:r>
        <w:rPr>
          <w:b/>
          <w:sz w:val="24"/>
        </w:rPr>
        <w:t>Are there any processes or workflows you think could be improved?</w:t>
      </w:r>
    </w:p>
    <w:p w14:paraId="1A8FCE7B" w14:textId="737C73A4" w:rsidR="00BD5229" w:rsidRDefault="00793D7B">
      <w:r>
        <w:br/>
        <w:t>____________________________________________________________________________________________________</w:t>
      </w:r>
      <w:r>
        <w:br/>
      </w:r>
      <w:r>
        <w:br/>
      </w:r>
    </w:p>
    <w:p w14:paraId="19F103DA" w14:textId="542A8B5B" w:rsidR="00BD5229" w:rsidRDefault="00793D7B">
      <w:r>
        <w:rPr>
          <w:b/>
          <w:sz w:val="24"/>
        </w:rPr>
        <w:t>What motivates you to stay engaged and perform at your best?</w:t>
      </w:r>
    </w:p>
    <w:p w14:paraId="4E2D7A64" w14:textId="3A1B7F6A" w:rsidR="00BD5229" w:rsidRDefault="00793D7B">
      <w:r>
        <w:br/>
        <w:t>____________________________________________________________________________________________________</w:t>
      </w:r>
      <w:r>
        <w:br/>
      </w:r>
      <w:r>
        <w:br/>
      </w:r>
    </w:p>
    <w:p w14:paraId="41BD3102" w14:textId="77777777" w:rsidR="00BD5229" w:rsidRDefault="00793D7B">
      <w:r>
        <w:rPr>
          <w:b/>
          <w:sz w:val="24"/>
        </w:rPr>
        <w:t>Looking ahead, what goals do you want to set for the next quarter?</w:t>
      </w:r>
    </w:p>
    <w:p w14:paraId="120DFC09" w14:textId="44DAD431" w:rsidR="00BD5229" w:rsidRDefault="00793D7B">
      <w:r>
        <w:br/>
        <w:t>____________________________________________________________________________________________________</w:t>
      </w:r>
      <w:r>
        <w:br/>
      </w:r>
      <w:r>
        <w:br/>
      </w:r>
    </w:p>
    <w:p w14:paraId="3D8AA4BC" w14:textId="77777777" w:rsidR="00BD5229" w:rsidRDefault="00793D7B">
      <w:r>
        <w:rPr>
          <w:b/>
          <w:sz w:val="24"/>
        </w:rPr>
        <w:t>Is there anything that would help you feel even more connected to the company’s mission and culture?</w:t>
      </w:r>
    </w:p>
    <w:p w14:paraId="0ADE945F" w14:textId="77777777" w:rsidR="00BD5229" w:rsidRDefault="00793D7B">
      <w:r>
        <w:br/>
        <w:t>____________________________________________________________________________________________________</w:t>
      </w:r>
      <w:r>
        <w:br/>
      </w:r>
      <w:r>
        <w:br/>
      </w:r>
    </w:p>
    <w:p w14:paraId="17EEAC59" w14:textId="77777777" w:rsidR="00BD5229" w:rsidRDefault="00793D7B">
      <w:r>
        <w:rPr>
          <w:b/>
          <w:sz w:val="24"/>
        </w:rPr>
        <w:t>Is there anything else you’d like to discuss or share about your experience so far?</w:t>
      </w:r>
    </w:p>
    <w:p w14:paraId="3A568FC6" w14:textId="77777777" w:rsidR="00BD5229" w:rsidRDefault="00793D7B">
      <w:r>
        <w:br/>
        <w:t>____________________________________________________________________________________________________</w:t>
      </w:r>
      <w:r>
        <w:br/>
      </w:r>
      <w:r>
        <w:br/>
      </w:r>
    </w:p>
    <w:sectPr w:rsidR="00BD5229" w:rsidSect="00DE0E0B">
      <w:headerReference w:type="default" r:id="rId8"/>
      <w:headerReference w:type="first" r:id="rId9"/>
      <w:pgSz w:w="12240" w:h="15840"/>
      <w:pgMar w:top="1440" w:right="1800" w:bottom="1440" w:left="180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5B4BE" w14:textId="77777777" w:rsidR="00AE52AC" w:rsidRDefault="00AE52AC">
      <w:pPr>
        <w:spacing w:after="0" w:line="240" w:lineRule="auto"/>
      </w:pPr>
      <w:r>
        <w:separator/>
      </w:r>
    </w:p>
  </w:endnote>
  <w:endnote w:type="continuationSeparator" w:id="0">
    <w:p w14:paraId="02F41F8D" w14:textId="77777777" w:rsidR="00AE52AC" w:rsidRDefault="00AE5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752B7" w14:textId="77777777" w:rsidR="00AE52AC" w:rsidRDefault="00AE52AC">
      <w:pPr>
        <w:spacing w:after="0" w:line="240" w:lineRule="auto"/>
      </w:pPr>
      <w:r>
        <w:separator/>
      </w:r>
    </w:p>
  </w:footnote>
  <w:footnote w:type="continuationSeparator" w:id="0">
    <w:p w14:paraId="3E48723E" w14:textId="77777777" w:rsidR="00AE52AC" w:rsidRDefault="00AE52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2B1F1" w14:textId="77777777" w:rsidR="00BD5229" w:rsidRDefault="00793D7B">
    <w:pPr>
      <w:pStyle w:val="Header"/>
    </w:pPr>
    <w:r>
      <w:rPr>
        <w:noProof/>
      </w:rPr>
      <w:drawing>
        <wp:inline distT="0" distB="0" distL="0" distR="0" wp14:anchorId="31C70A22" wp14:editId="3BDC92D8">
          <wp:extent cx="2286000" cy="744220"/>
          <wp:effectExtent l="0" t="0" r="0" b="0"/>
          <wp:docPr id="568538563" name="Picture 5685385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-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8600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7AB0F" w14:textId="2219B867" w:rsidR="000E1DA9" w:rsidRDefault="000E1DA9">
    <w:pPr>
      <w:pStyle w:val="Header"/>
    </w:pPr>
    <w:r>
      <w:rPr>
        <w:noProof/>
      </w:rPr>
      <w:drawing>
        <wp:inline distT="0" distB="0" distL="0" distR="0" wp14:anchorId="4FC407A2" wp14:editId="670A14E5">
          <wp:extent cx="2819400" cy="916631"/>
          <wp:effectExtent l="0" t="0" r="0" b="0"/>
          <wp:docPr id="622459770" name="Picture 3" descr="A black background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2459770" name="Picture 3" descr="A black background with blue text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42652" cy="9241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23033012">
    <w:abstractNumId w:val="8"/>
  </w:num>
  <w:num w:numId="2" w16cid:durableId="651716336">
    <w:abstractNumId w:val="6"/>
  </w:num>
  <w:num w:numId="3" w16cid:durableId="1155144645">
    <w:abstractNumId w:val="5"/>
  </w:num>
  <w:num w:numId="4" w16cid:durableId="1936593436">
    <w:abstractNumId w:val="4"/>
  </w:num>
  <w:num w:numId="5" w16cid:durableId="1260062566">
    <w:abstractNumId w:val="7"/>
  </w:num>
  <w:num w:numId="6" w16cid:durableId="454951095">
    <w:abstractNumId w:val="3"/>
  </w:num>
  <w:num w:numId="7" w16cid:durableId="1380669615">
    <w:abstractNumId w:val="2"/>
  </w:num>
  <w:num w:numId="8" w16cid:durableId="1699774256">
    <w:abstractNumId w:val="1"/>
  </w:num>
  <w:num w:numId="9" w16cid:durableId="1939554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1DA9"/>
    <w:rsid w:val="0015074B"/>
    <w:rsid w:val="0028340A"/>
    <w:rsid w:val="0029639D"/>
    <w:rsid w:val="00326F90"/>
    <w:rsid w:val="006070C0"/>
    <w:rsid w:val="00793D7B"/>
    <w:rsid w:val="00996E63"/>
    <w:rsid w:val="00AA1D8D"/>
    <w:rsid w:val="00AE2494"/>
    <w:rsid w:val="00AE52AC"/>
    <w:rsid w:val="00B26C6E"/>
    <w:rsid w:val="00B47730"/>
    <w:rsid w:val="00BC4CF2"/>
    <w:rsid w:val="00BD5229"/>
    <w:rsid w:val="00CB0664"/>
    <w:rsid w:val="00D862D5"/>
    <w:rsid w:val="00DE0E0B"/>
    <w:rsid w:val="00E46FB4"/>
    <w:rsid w:val="00FC693F"/>
    <w:rsid w:val="00FF2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408A250"/>
  <w14:defaultImageDpi w14:val="300"/>
  <w15:docId w15:val="{492ADFEB-5536-4FB1-BDD4-AF970B59C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DA9"/>
  </w:style>
  <w:style w:type="paragraph" w:styleId="Heading1">
    <w:name w:val="heading 1"/>
    <w:basedOn w:val="Normal"/>
    <w:next w:val="Normal"/>
    <w:link w:val="Heading1Char"/>
    <w:uiPriority w:val="9"/>
    <w:qFormat/>
    <w:rsid w:val="000E1DA9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1DA9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E1DA9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1DA9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1DA9"/>
    <w:pPr>
      <w:spacing w:after="0"/>
      <w:jc w:val="left"/>
      <w:outlineLvl w:val="4"/>
    </w:pPr>
    <w:rPr>
      <w:smallCaps/>
      <w:color w:val="E36C0A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1DA9"/>
    <w:pPr>
      <w:spacing w:after="0"/>
      <w:jc w:val="left"/>
      <w:outlineLvl w:val="5"/>
    </w:pPr>
    <w:rPr>
      <w:smallCaps/>
      <w:color w:val="F79646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1DA9"/>
    <w:pPr>
      <w:spacing w:after="0"/>
      <w:jc w:val="left"/>
      <w:outlineLvl w:val="6"/>
    </w:pPr>
    <w:rPr>
      <w:b/>
      <w:bCs/>
      <w:smallCaps/>
      <w:color w:val="F79646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1DA9"/>
    <w:pPr>
      <w:spacing w:after="0"/>
      <w:jc w:val="left"/>
      <w:outlineLvl w:val="7"/>
    </w:pPr>
    <w:rPr>
      <w:b/>
      <w:bCs/>
      <w:i/>
      <w:iCs/>
      <w:smallCaps/>
      <w:color w:val="E36C0A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1DA9"/>
    <w:pPr>
      <w:spacing w:after="0"/>
      <w:jc w:val="left"/>
      <w:outlineLvl w:val="8"/>
    </w:pPr>
    <w:rPr>
      <w:b/>
      <w:bCs/>
      <w:i/>
      <w:iCs/>
      <w:smallCaps/>
      <w:color w:val="984806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link w:val="NoSpacingChar"/>
    <w:uiPriority w:val="1"/>
    <w:qFormat/>
    <w:rsid w:val="000E1DA9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0E1DA9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E1DA9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0E1DA9"/>
    <w:rPr>
      <w:smallCaps/>
      <w:spacing w:val="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0E1DA9"/>
    <w:pPr>
      <w:pBdr>
        <w:top w:val="single" w:sz="8" w:space="1" w:color="F79646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E1DA9"/>
    <w:rPr>
      <w:smallCaps/>
      <w:color w:val="262626" w:themeColor="text1" w:themeTint="D9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1DA9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E1DA9"/>
    <w:rPr>
      <w:rFonts w:asciiTheme="majorHAnsi" w:eastAsiaTheme="majorEastAsia" w:hAnsiTheme="majorHAnsi" w:cstheme="majorBidi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0E1DA9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E1DA9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1DA9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1DA9"/>
    <w:rPr>
      <w:smallCaps/>
      <w:color w:val="E36C0A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1DA9"/>
    <w:rPr>
      <w:smallCaps/>
      <w:color w:val="F79646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1DA9"/>
    <w:rPr>
      <w:b/>
      <w:bCs/>
      <w:smallCaps/>
      <w:color w:val="F79646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1DA9"/>
    <w:rPr>
      <w:b/>
      <w:bCs/>
      <w:i/>
      <w:iCs/>
      <w:smallCaps/>
      <w:color w:val="E36C0A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1DA9"/>
    <w:rPr>
      <w:b/>
      <w:bCs/>
      <w:i/>
      <w:iCs/>
      <w:smallCaps/>
      <w:color w:val="984806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E1DA9"/>
    <w:rPr>
      <w:b/>
      <w:bCs/>
      <w:caps/>
      <w:sz w:val="16"/>
      <w:szCs w:val="16"/>
    </w:rPr>
  </w:style>
  <w:style w:type="character" w:styleId="Strong">
    <w:name w:val="Strong"/>
    <w:uiPriority w:val="22"/>
    <w:qFormat/>
    <w:rsid w:val="000E1DA9"/>
    <w:rPr>
      <w:b/>
      <w:bCs/>
      <w:color w:val="F79646" w:themeColor="accent6"/>
    </w:rPr>
  </w:style>
  <w:style w:type="character" w:styleId="Emphasis">
    <w:name w:val="Emphasis"/>
    <w:uiPriority w:val="20"/>
    <w:qFormat/>
    <w:rsid w:val="000E1DA9"/>
    <w:rPr>
      <w:b/>
      <w:bCs/>
      <w:i/>
      <w:iCs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1DA9"/>
    <w:pPr>
      <w:pBdr>
        <w:top w:val="single" w:sz="8" w:space="1" w:color="F79646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1DA9"/>
    <w:rPr>
      <w:b/>
      <w:bCs/>
      <w:i/>
      <w:iCs/>
    </w:rPr>
  </w:style>
  <w:style w:type="character" w:styleId="SubtleEmphasis">
    <w:name w:val="Subtle Emphasis"/>
    <w:uiPriority w:val="19"/>
    <w:qFormat/>
    <w:rsid w:val="000E1DA9"/>
    <w:rPr>
      <w:i/>
      <w:iCs/>
    </w:rPr>
  </w:style>
  <w:style w:type="character" w:styleId="IntenseEmphasis">
    <w:name w:val="Intense Emphasis"/>
    <w:uiPriority w:val="21"/>
    <w:qFormat/>
    <w:rsid w:val="000E1DA9"/>
    <w:rPr>
      <w:b/>
      <w:bCs/>
      <w:i/>
      <w:iCs/>
      <w:color w:val="F79646" w:themeColor="accent6"/>
      <w:spacing w:val="10"/>
    </w:rPr>
  </w:style>
  <w:style w:type="character" w:styleId="SubtleReference">
    <w:name w:val="Subtle Reference"/>
    <w:uiPriority w:val="31"/>
    <w:qFormat/>
    <w:rsid w:val="000E1DA9"/>
    <w:rPr>
      <w:b/>
      <w:bCs/>
    </w:rPr>
  </w:style>
  <w:style w:type="character" w:styleId="IntenseReference">
    <w:name w:val="Intense Reference"/>
    <w:uiPriority w:val="32"/>
    <w:qFormat/>
    <w:rsid w:val="000E1DA9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0E1DA9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E1DA9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0E1D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2222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90-Day Interview Form</dc:title>
  <dc:subject>Instructions</dc:subject>
  <dc:creator>python-docx</dc:creator>
  <cp:keywords/>
  <dc:description>generated by python-docx</dc:description>
  <cp:lastModifiedBy>Lorenzo Ramirez</cp:lastModifiedBy>
  <cp:revision>3</cp:revision>
  <dcterms:created xsi:type="dcterms:W3CDTF">2025-10-02T16:10:00Z</dcterms:created>
  <dcterms:modified xsi:type="dcterms:W3CDTF">2025-10-02T17:54:00Z</dcterms:modified>
  <cp:category/>
</cp:coreProperties>
</file>