
<file path=[Content_Types].xml><?xml version="1.0" encoding="utf-8"?>
<Types xmlns="http://schemas.openxmlformats.org/package/2006/content-types">
  <Default Extension="pn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4AAB74" w14:textId="5BE70B23" w:rsidR="00B52505" w:rsidRDefault="00536778">
      <w:r w:rsidRPr="000E1DA9">
        <w:rPr>
          <w:noProof/>
          <w:color w:val="244061" w:themeColor="accent1" w:themeShade="80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0381B724" wp14:editId="0297DB76">
                <wp:simplePos x="0" y="0"/>
                <wp:positionH relativeFrom="column">
                  <wp:posOffset>-1143000</wp:posOffset>
                </wp:positionH>
                <wp:positionV relativeFrom="paragraph">
                  <wp:posOffset>-1199197</wp:posOffset>
                </wp:positionV>
                <wp:extent cx="533400" cy="10763251"/>
                <wp:effectExtent l="0" t="0" r="0" b="0"/>
                <wp:wrapNone/>
                <wp:docPr id="29544085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10763251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67000"/>
                              </a:schemeClr>
                            </a:gs>
                            <a:gs pos="48000">
                              <a:schemeClr val="accent1">
                                <a:lumMod val="97000"/>
                                <a:lumOff val="3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E6742C" id="Rectangle 3" o:spid="_x0000_s1026" style="position:absolute;margin-left:-90pt;margin-top:-94.4pt;width:42pt;height:847.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" fillcolor="#305581 [2148]" stroked="f">
                <v:fill color2="#95b3d7 [1940]" rotate="t" angle="180" colors="0 #315683;31457f #5485bf;1 #95b3d7" focus="100%" type="gradient"/>
              </v:rect>
            </w:pict>
          </mc:Fallback>
        </mc:AlternateContent>
      </w:r>
    </w:p>
    <w:p w14:paraId="2FA04D7E" w14:textId="6A1519E5" w:rsidR="00B52505" w:rsidRDefault="002829BE">
      <w:pPr>
        <w:jc w:val="center"/>
      </w:pPr>
      <w:r>
        <w:rPr>
          <w:b/>
          <w:sz w:val="48"/>
        </w:rPr>
        <w:t>30-Day Interview Form</w:t>
      </w:r>
    </w:p>
    <w:p w14:paraId="33C9B823" w14:textId="0CD6D896" w:rsidR="00B52505" w:rsidRPr="00536778" w:rsidRDefault="002829BE">
      <w:pPr>
        <w:rPr>
          <w:b/>
          <w:bCs/>
        </w:rPr>
      </w:pPr>
      <w:r>
        <w:br/>
      </w:r>
      <w:r w:rsidRPr="00536778">
        <w:rPr>
          <w:b/>
          <w:bCs/>
        </w:rPr>
        <w:t>Instructions for Interviewers:</w:t>
      </w:r>
    </w:p>
    <w:p w14:paraId="5CA9D6A1" w14:textId="77777777" w:rsidR="00B52505" w:rsidRDefault="002829BE">
      <w:r>
        <w:t>- Purpose: This interview is designed to support employee engagement, development, and retention.</w:t>
      </w:r>
    </w:p>
    <w:p w14:paraId="7A9BB600" w14:textId="77777777" w:rsidR="00B52505" w:rsidRDefault="002829BE">
      <w:r>
        <w:t>- How to Use: Ask each question and record responses in the fillable boxes provided.</w:t>
      </w:r>
    </w:p>
    <w:p w14:paraId="42A22432" w14:textId="77777777" w:rsidR="00B52505" w:rsidRDefault="002829BE">
      <w:r>
        <w:t>- Tips: Create a comfortable environment, listen actively, and encourage honest feedback.</w:t>
      </w:r>
    </w:p>
    <w:p w14:paraId="6153784A" w14:textId="5FA66953" w:rsidR="00B52505" w:rsidRDefault="002829BE">
      <w:r>
        <w:t>- Reminder: Take detailed notes in the boxes to capture insights and follow-up actions.</w:t>
      </w:r>
    </w:p>
    <w:p w14:paraId="5A3A9ED3" w14:textId="6FEC6B8E" w:rsidR="00B52505" w:rsidRDefault="002829BE">
      <w:r>
        <w:br w:type="page"/>
      </w:r>
    </w:p>
    <w:p w14:paraId="21430974" w14:textId="77777777" w:rsidR="00536778" w:rsidRDefault="00536778" w:rsidP="00536778">
      <w:r w:rsidRPr="000E1DA9">
        <w:rPr>
          <w:noProof/>
          <w:color w:val="244061" w:themeColor="accent1" w:themeShade="80"/>
        </w:rPr>
        <w:lastRenderedPageBreak/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400F5EB5" wp14:editId="28B11568">
                <wp:simplePos x="0" y="0"/>
                <wp:positionH relativeFrom="column">
                  <wp:posOffset>-1142683</wp:posOffset>
                </wp:positionH>
                <wp:positionV relativeFrom="paragraph">
                  <wp:posOffset>-1186815</wp:posOffset>
                </wp:positionV>
                <wp:extent cx="533400" cy="11087100"/>
                <wp:effectExtent l="0" t="0" r="0" b="0"/>
                <wp:wrapNone/>
                <wp:docPr id="96648175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110871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67000"/>
                              </a:schemeClr>
                            </a:gs>
                            <a:gs pos="48000">
                              <a:schemeClr val="accent1">
                                <a:lumMod val="97000"/>
                                <a:lumOff val="3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978AF2" id="Rectangle 3" o:spid="_x0000_s1026" style="position:absolute;margin-left:-90pt;margin-top:-93.45pt;width:42pt;height:873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" fillcolor="#305581 [2148]" stroked="f">
                <v:fill color2="#95b3d7 [1940]" rotate="t" angle="180" colors="0 #315683;31457f #5485bf;1 #95b3d7" focus="100%" type="gradient"/>
              </v:rect>
            </w:pict>
          </mc:Fallback>
        </mc:AlternateContent>
      </w:r>
      <w:r>
        <w:t xml:space="preserve">Supervisor: </w:t>
      </w:r>
      <w:r>
        <w:tab/>
      </w:r>
      <w:r>
        <w:tab/>
      </w:r>
      <w:r>
        <w:tab/>
      </w:r>
      <w:r>
        <w:tab/>
      </w:r>
      <w:r>
        <w:tab/>
        <w:t>Department:</w:t>
      </w:r>
    </w:p>
    <w:p w14:paraId="23CE6542" w14:textId="77777777" w:rsidR="00536778" w:rsidRDefault="00536778" w:rsidP="00536778">
      <w:pPr>
        <w:rPr>
          <w:b/>
          <w:sz w:val="24"/>
        </w:rPr>
      </w:pPr>
      <w:r>
        <w:t>Employee:</w:t>
      </w:r>
      <w:r>
        <w:tab/>
      </w:r>
      <w:r>
        <w:tab/>
      </w:r>
      <w:r>
        <w:tab/>
      </w:r>
      <w:r>
        <w:tab/>
      </w:r>
      <w:r>
        <w:tab/>
        <w:t>Date:</w:t>
      </w:r>
    </w:p>
    <w:p w14:paraId="2E8C50F3" w14:textId="77777777" w:rsidR="00536778" w:rsidRDefault="00536778">
      <w:pPr>
        <w:rPr>
          <w:b/>
          <w:sz w:val="24"/>
        </w:rPr>
      </w:pPr>
    </w:p>
    <w:p w14:paraId="1C335823" w14:textId="77777777" w:rsidR="00536778" w:rsidRDefault="00536778">
      <w:pPr>
        <w:rPr>
          <w:b/>
          <w:sz w:val="24"/>
        </w:rPr>
      </w:pPr>
    </w:p>
    <w:p w14:paraId="15EBECBB" w14:textId="580A3F83" w:rsidR="00B52505" w:rsidRDefault="002829BE">
      <w:r>
        <w:rPr>
          <w:b/>
          <w:sz w:val="24"/>
        </w:rPr>
        <w:t xml:space="preserve">What </w:t>
      </w:r>
      <w:proofErr w:type="gramStart"/>
      <w:r>
        <w:rPr>
          <w:b/>
          <w:sz w:val="24"/>
        </w:rPr>
        <w:t>has been</w:t>
      </w:r>
      <w:proofErr w:type="gramEnd"/>
      <w:r>
        <w:rPr>
          <w:b/>
          <w:sz w:val="24"/>
        </w:rPr>
        <w:t xml:space="preserve"> the highlight of your first month?</w:t>
      </w:r>
    </w:p>
    <w:p w14:paraId="16E580E0" w14:textId="77777777" w:rsidR="00B52505" w:rsidRDefault="002829BE">
      <w:r>
        <w:br/>
        <w:t>____________________________________________________________________________________________________</w:t>
      </w:r>
      <w:r>
        <w:br/>
      </w:r>
      <w:r>
        <w:br/>
      </w:r>
    </w:p>
    <w:p w14:paraId="7D8DDB07" w14:textId="77777777" w:rsidR="00B52505" w:rsidRDefault="002829BE">
      <w:r>
        <w:rPr>
          <w:b/>
          <w:sz w:val="24"/>
        </w:rPr>
        <w:t>What excites you when you think about coming to work?</w:t>
      </w:r>
    </w:p>
    <w:p w14:paraId="46188A96" w14:textId="77777777" w:rsidR="00B52505" w:rsidRDefault="002829BE">
      <w:r>
        <w:br/>
        <w:t>____________________________________________________________________________________________________</w:t>
      </w:r>
      <w:r>
        <w:br/>
      </w:r>
      <w:r>
        <w:br/>
      </w:r>
    </w:p>
    <w:p w14:paraId="36897DD3" w14:textId="77777777" w:rsidR="00B52505" w:rsidRDefault="002829BE">
      <w:r>
        <w:rPr>
          <w:b/>
          <w:sz w:val="24"/>
        </w:rPr>
        <w:t>Is the role what you thought it would be?</w:t>
      </w:r>
    </w:p>
    <w:p w14:paraId="53ACDF9E" w14:textId="77777777" w:rsidR="00B52505" w:rsidRDefault="002829BE">
      <w:r>
        <w:br/>
        <w:t>____________________________________________________________________________________________________</w:t>
      </w:r>
      <w:r>
        <w:br/>
      </w:r>
      <w:r>
        <w:br/>
      </w:r>
    </w:p>
    <w:p w14:paraId="2A0B93AE" w14:textId="77777777" w:rsidR="00B52505" w:rsidRDefault="002829BE">
      <w:r>
        <w:rPr>
          <w:b/>
          <w:sz w:val="24"/>
        </w:rPr>
        <w:t>Is the training and activity pace right for you?</w:t>
      </w:r>
    </w:p>
    <w:p w14:paraId="192D478A" w14:textId="77777777" w:rsidR="00B52505" w:rsidRDefault="002829BE">
      <w:r>
        <w:br/>
        <w:t>____________________________________________________________________________________________________</w:t>
      </w:r>
      <w:r>
        <w:br/>
      </w:r>
      <w:r>
        <w:br/>
      </w:r>
    </w:p>
    <w:p w14:paraId="791E3DFD" w14:textId="77777777" w:rsidR="00B52505" w:rsidRDefault="002829BE">
      <w:r>
        <w:rPr>
          <w:b/>
          <w:sz w:val="24"/>
        </w:rPr>
        <w:t>What are the 2-3 primary challenges you are experiencing?</w:t>
      </w:r>
    </w:p>
    <w:p w14:paraId="183D1058" w14:textId="77777777" w:rsidR="00B52505" w:rsidRDefault="002829BE">
      <w:r>
        <w:br/>
        <w:t>____________________________________________________________________________________________________</w:t>
      </w:r>
      <w:r>
        <w:br/>
      </w:r>
      <w:r>
        <w:br/>
      </w:r>
    </w:p>
    <w:p w14:paraId="79A8B624" w14:textId="77777777" w:rsidR="00B52505" w:rsidRDefault="002829BE">
      <w:r>
        <w:rPr>
          <w:b/>
          <w:sz w:val="24"/>
        </w:rPr>
        <w:t>On a scale of 1-5, 5 being the best, please rate your level of confidence so far:</w:t>
      </w:r>
    </w:p>
    <w:p w14:paraId="5860696E" w14:textId="2EA0DFD9" w:rsidR="00B52505" w:rsidRDefault="00536778">
      <w:r w:rsidRPr="000E1DA9">
        <w:rPr>
          <w:noProof/>
          <w:color w:val="244061" w:themeColor="accent1" w:themeShade="80"/>
        </w:rPr>
        <w:lastRenderedPageBreak/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046579F4" wp14:editId="3171A829">
                <wp:simplePos x="0" y="0"/>
                <wp:positionH relativeFrom="column">
                  <wp:posOffset>-1143000</wp:posOffset>
                </wp:positionH>
                <wp:positionV relativeFrom="paragraph">
                  <wp:posOffset>-1201738</wp:posOffset>
                </wp:positionV>
                <wp:extent cx="533400" cy="10763251"/>
                <wp:effectExtent l="0" t="0" r="0" b="0"/>
                <wp:wrapNone/>
                <wp:docPr id="69442209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10763251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67000"/>
                              </a:schemeClr>
                            </a:gs>
                            <a:gs pos="48000">
                              <a:schemeClr val="accent1">
                                <a:lumMod val="97000"/>
                                <a:lumOff val="3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C370D8" id="Rectangle 3" o:spid="_x0000_s1026" style="position:absolute;margin-left:-90pt;margin-top:-94.65pt;width:42pt;height:847.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" fillcolor="#305581 [2148]" stroked="f">
                <v:fill color2="#95b3d7 [1940]" rotate="t" angle="180" colors="0 #315683;31457f #5485bf;1 #95b3d7" focus="100%" type="gradient"/>
              </v:rect>
            </w:pict>
          </mc:Fallback>
        </mc:AlternateContent>
      </w:r>
      <w:r w:rsidR="002829BE">
        <w:br/>
        <w:t>____________________________________________________________________________________________________</w:t>
      </w:r>
      <w:r w:rsidR="002829BE">
        <w:br/>
      </w:r>
      <w:r w:rsidR="002829BE">
        <w:br/>
      </w:r>
    </w:p>
    <w:p w14:paraId="05B97F99" w14:textId="6B021662" w:rsidR="00B52505" w:rsidRDefault="002829BE">
      <w:r>
        <w:rPr>
          <w:b/>
          <w:sz w:val="24"/>
        </w:rPr>
        <w:t>What would you love to do the best work of your life here?</w:t>
      </w:r>
    </w:p>
    <w:p w14:paraId="3860D3DE" w14:textId="175B8F9B" w:rsidR="00B52505" w:rsidRDefault="002829BE">
      <w:r>
        <w:br/>
        <w:t>____________________________________________________________________________________________________</w:t>
      </w:r>
      <w:r>
        <w:br/>
      </w:r>
      <w:r>
        <w:br/>
      </w:r>
    </w:p>
    <w:p w14:paraId="75ACC9D5" w14:textId="77777777" w:rsidR="00B52505" w:rsidRDefault="002829BE">
      <w:r>
        <w:rPr>
          <w:b/>
          <w:sz w:val="24"/>
        </w:rPr>
        <w:t>What support or feedback can we provide?</w:t>
      </w:r>
    </w:p>
    <w:p w14:paraId="00C7D696" w14:textId="77777777" w:rsidR="00B52505" w:rsidRDefault="002829BE">
      <w:r>
        <w:br/>
        <w:t>____________________________________________________________________________________________________</w:t>
      </w:r>
      <w:r>
        <w:br/>
      </w:r>
      <w:r>
        <w:br/>
      </w:r>
    </w:p>
    <w:p w14:paraId="0D7FE2AE" w14:textId="77777777" w:rsidR="00B52505" w:rsidRDefault="002829BE">
      <w:r>
        <w:rPr>
          <w:b/>
          <w:sz w:val="24"/>
        </w:rPr>
        <w:t>If you were trying to recruit somebody into our company, what would you tell them about why this is a great place to work?</w:t>
      </w:r>
    </w:p>
    <w:p w14:paraId="7E27EACD" w14:textId="77777777" w:rsidR="00B52505" w:rsidRDefault="002829BE">
      <w:r>
        <w:br/>
        <w:t>____________________________________________________________________________________________________</w:t>
      </w:r>
      <w:r>
        <w:br/>
      </w:r>
      <w:r>
        <w:br/>
      </w:r>
    </w:p>
    <w:p w14:paraId="5C67ABA7" w14:textId="77777777" w:rsidR="00B52505" w:rsidRDefault="002829BE">
      <w:r>
        <w:rPr>
          <w:b/>
          <w:sz w:val="24"/>
        </w:rPr>
        <w:t>Is there anything else that is important to you that we didn’t cover in this meeting?</w:t>
      </w:r>
    </w:p>
    <w:p w14:paraId="1030FA91" w14:textId="77777777" w:rsidR="00B52505" w:rsidRDefault="002829BE">
      <w:r>
        <w:br/>
        <w:t>____________________________________________________________________________________________________</w:t>
      </w:r>
      <w:r>
        <w:br/>
      </w:r>
      <w:r>
        <w:br/>
      </w:r>
    </w:p>
    <w:sectPr w:rsidR="00B52505" w:rsidSect="00001A3E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F07B95" w14:textId="77777777" w:rsidR="003A0DD3" w:rsidRDefault="003A0DD3">
      <w:pPr>
        <w:spacing w:after="0" w:line="240" w:lineRule="auto"/>
      </w:pPr>
      <w:r>
        <w:separator/>
      </w:r>
    </w:p>
  </w:endnote>
  <w:endnote w:type="continuationSeparator" w:id="0">
    <w:p w14:paraId="68A0DD4E" w14:textId="77777777" w:rsidR="003A0DD3" w:rsidRDefault="003A0D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A1D72" w14:textId="77777777" w:rsidR="003A0DD3" w:rsidRDefault="003A0DD3">
      <w:pPr>
        <w:spacing w:after="0" w:line="240" w:lineRule="auto"/>
      </w:pPr>
      <w:r>
        <w:separator/>
      </w:r>
    </w:p>
  </w:footnote>
  <w:footnote w:type="continuationSeparator" w:id="0">
    <w:p w14:paraId="45EC90EE" w14:textId="77777777" w:rsidR="003A0DD3" w:rsidRDefault="003A0D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3E1E8" w14:textId="77777777" w:rsidR="00B52505" w:rsidRDefault="002829BE">
    <w:pPr>
      <w:pStyle w:val="Header"/>
    </w:pPr>
    <w:r>
      <w:rPr>
        <w:noProof/>
      </w:rPr>
      <w:drawing>
        <wp:inline distT="0" distB="0" distL="0" distR="0" wp14:anchorId="4CAD517C" wp14:editId="301BD508">
          <wp:extent cx="2286000" cy="744220"/>
          <wp:effectExtent l="0" t="0" r="0" b="0"/>
          <wp:docPr id="1816564341" name="Picture 18165643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-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8600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03925529">
    <w:abstractNumId w:val="8"/>
  </w:num>
  <w:num w:numId="2" w16cid:durableId="20713921">
    <w:abstractNumId w:val="6"/>
  </w:num>
  <w:num w:numId="3" w16cid:durableId="1590388532">
    <w:abstractNumId w:val="5"/>
  </w:num>
  <w:num w:numId="4" w16cid:durableId="1581135637">
    <w:abstractNumId w:val="4"/>
  </w:num>
  <w:num w:numId="5" w16cid:durableId="808935794">
    <w:abstractNumId w:val="7"/>
  </w:num>
  <w:num w:numId="6" w16cid:durableId="1854101699">
    <w:abstractNumId w:val="3"/>
  </w:num>
  <w:num w:numId="7" w16cid:durableId="1780374016">
    <w:abstractNumId w:val="2"/>
  </w:num>
  <w:num w:numId="8" w16cid:durableId="320275709">
    <w:abstractNumId w:val="1"/>
  </w:num>
  <w:num w:numId="9" w16cid:durableId="1601375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1A3E"/>
    <w:rsid w:val="00034616"/>
    <w:rsid w:val="0006063C"/>
    <w:rsid w:val="0015074B"/>
    <w:rsid w:val="002829BE"/>
    <w:rsid w:val="0029639D"/>
    <w:rsid w:val="00326F90"/>
    <w:rsid w:val="003A0DD3"/>
    <w:rsid w:val="00536778"/>
    <w:rsid w:val="00AA1D8D"/>
    <w:rsid w:val="00B26C6E"/>
    <w:rsid w:val="00B47730"/>
    <w:rsid w:val="00B52505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3B802C"/>
  <w14:defaultImageDpi w14:val="300"/>
  <w15:docId w15:val="{794247BF-FDA1-4B5A-BA13-2A7CC752B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Lorenzo Ramirez</cp:lastModifiedBy>
  <cp:revision>3</cp:revision>
  <dcterms:created xsi:type="dcterms:W3CDTF">2025-10-02T16:10:00Z</dcterms:created>
  <dcterms:modified xsi:type="dcterms:W3CDTF">2025-10-02T17:53:00Z</dcterms:modified>
  <cp:category/>
</cp:coreProperties>
</file>